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9B5A4" w14:textId="77777777" w:rsidR="00933AE3" w:rsidRDefault="00000000">
      <w:pPr>
        <w:spacing w:before="40" w:after="40" w:line="247" w:lineRule="auto"/>
        <w:jc w:val="center"/>
      </w:pPr>
      <w:r>
        <w:rPr>
          <w:noProof/>
        </w:rPr>
        <w:drawing>
          <wp:inline distT="0" distB="0" distL="0" distR="0" wp14:anchorId="73326455" wp14:editId="6F3FF834">
            <wp:extent cx="1280160" cy="128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280160" cy="1280160"/>
                    </a:xfrm>
                    <a:prstGeom prst="rect">
                      <a:avLst/>
                    </a:prstGeom>
                  </pic:spPr>
                </pic:pic>
              </a:graphicData>
            </a:graphic>
          </wp:inline>
        </w:drawing>
      </w:r>
    </w:p>
    <w:p w14:paraId="6ECA553A" w14:textId="77777777" w:rsidR="00933AE3" w:rsidRDefault="00000000">
      <w:pPr>
        <w:spacing w:before="40" w:after="100" w:line="247" w:lineRule="auto"/>
        <w:jc w:val="center"/>
      </w:pPr>
      <w:r>
        <w:rPr>
          <w:b/>
          <w:color w:val="D0A128"/>
          <w:sz w:val="24"/>
        </w:rPr>
        <w:t>ESQUIRE LEADERSHIP &amp; MENTORING PROGRAM</w:t>
      </w:r>
    </w:p>
    <w:p w14:paraId="63348D8D" w14:textId="77777777" w:rsidR="00933AE3" w:rsidRDefault="00000000">
      <w:pPr>
        <w:spacing w:after="80" w:line="247" w:lineRule="auto"/>
        <w:jc w:val="center"/>
      </w:pPr>
      <w:r>
        <w:rPr>
          <w:b/>
          <w:color w:val="111111"/>
          <w:sz w:val="50"/>
        </w:rPr>
        <w:t>ON-DEMAND TUTORING</w:t>
      </w:r>
      <w:r>
        <w:rPr>
          <w:b/>
          <w:color w:val="111111"/>
          <w:sz w:val="50"/>
        </w:rPr>
        <w:br/>
        <w:t>SUPPORT NETWORK</w:t>
      </w:r>
    </w:p>
    <w:p w14:paraId="7227413F" w14:textId="77777777" w:rsidR="00933AE3" w:rsidRDefault="00000000">
      <w:pPr>
        <w:spacing w:after="40" w:line="247" w:lineRule="auto"/>
        <w:jc w:val="center"/>
      </w:pPr>
      <w:r>
        <w:rPr>
          <w:b/>
          <w:color w:val="D0A128"/>
          <w:sz w:val="30"/>
        </w:rPr>
        <w:t>Student &amp; Tutor User Guide</w:t>
      </w:r>
    </w:p>
    <w:p w14:paraId="66FF04B9" w14:textId="77777777" w:rsidR="00933AE3" w:rsidRDefault="00000000">
      <w:pPr>
        <w:spacing w:after="240" w:line="247" w:lineRule="auto"/>
        <w:jc w:val="center"/>
      </w:pPr>
      <w:r>
        <w:rPr>
          <w:color w:val="6B6B6B"/>
          <w:sz w:val="21"/>
        </w:rPr>
        <w:t>How to Complete the Form • How Matching Works • What to Expect</w:t>
      </w:r>
    </w:p>
    <w:tbl>
      <w:tblPr>
        <w:tblW w:w="0" w:type="auto"/>
        <w:jc w:val="center"/>
        <w:tblLayout w:type="fixed"/>
        <w:tblLook w:val="04A0" w:firstRow="1" w:lastRow="0" w:firstColumn="1" w:lastColumn="0" w:noHBand="0" w:noVBand="1"/>
      </w:tblPr>
      <w:tblGrid>
        <w:gridCol w:w="10368"/>
      </w:tblGrid>
      <w:tr w:rsidR="00933AE3" w14:paraId="1F4AA358" w14:textId="77777777">
        <w:trPr>
          <w:jc w:val="center"/>
        </w:trPr>
        <w:tc>
          <w:tcPr>
            <w:tcW w:w="10368" w:type="dxa"/>
            <w:tcBorders>
              <w:top w:val="single" w:sz="4" w:space="0" w:color="DDDDDD"/>
              <w:left w:val="single" w:sz="4" w:space="0" w:color="DDDDDD"/>
              <w:bottom w:val="single" w:sz="4" w:space="0" w:color="DDDDDD"/>
              <w:right w:val="single" w:sz="4" w:space="0" w:color="DDDDDD"/>
            </w:tcBorders>
            <w:shd w:val="clear" w:color="auto" w:fill="111111"/>
            <w:tcMar>
              <w:top w:w="110" w:type="dxa"/>
              <w:left w:w="120" w:type="dxa"/>
              <w:bottom w:w="110" w:type="dxa"/>
              <w:right w:w="120" w:type="dxa"/>
            </w:tcMar>
          </w:tcPr>
          <w:p w14:paraId="60650A57" w14:textId="77777777" w:rsidR="00933AE3" w:rsidRDefault="00000000">
            <w:pPr>
              <w:spacing w:after="0" w:line="247" w:lineRule="auto"/>
              <w:jc w:val="center"/>
            </w:pPr>
            <w:r>
              <w:rPr>
                <w:b/>
                <w:color w:val="FFFFFF"/>
                <w:sz w:val="21"/>
              </w:rPr>
              <w:t>ONE FORM. TWO PATHS. SAFE MATCHING.</w:t>
            </w:r>
          </w:p>
        </w:tc>
      </w:tr>
      <w:tr w:rsidR="00933AE3" w14:paraId="15A987C2" w14:textId="77777777">
        <w:trPr>
          <w:jc w:val="center"/>
        </w:trPr>
        <w:tc>
          <w:tcPr>
            <w:tcW w:w="10368" w:type="dxa"/>
            <w:tcBorders>
              <w:top w:val="single" w:sz="4" w:space="0" w:color="DDDDDD"/>
              <w:left w:val="single" w:sz="4" w:space="0" w:color="DDDDDD"/>
              <w:bottom w:val="single" w:sz="4" w:space="0" w:color="DDDDDD"/>
              <w:right w:val="single" w:sz="4" w:space="0" w:color="DDDDDD"/>
            </w:tcBorders>
            <w:shd w:val="clear" w:color="auto" w:fill="F7F0DC"/>
            <w:tcMar>
              <w:top w:w="110" w:type="dxa"/>
              <w:left w:w="120" w:type="dxa"/>
              <w:bottom w:w="110" w:type="dxa"/>
              <w:right w:w="120" w:type="dxa"/>
            </w:tcMar>
          </w:tcPr>
          <w:p w14:paraId="0D69247D" w14:textId="77777777" w:rsidR="00933AE3" w:rsidRDefault="00000000">
            <w:pPr>
              <w:spacing w:after="0" w:line="247" w:lineRule="auto"/>
              <w:jc w:val="center"/>
            </w:pPr>
            <w:r>
              <w:rPr>
                <w:color w:val="111111"/>
                <w:sz w:val="19"/>
              </w:rPr>
              <w:t>ESQUIRES (PILOT)  •  Request academic support by subject or class, current need, urgency, and availability.</w:t>
            </w:r>
          </w:p>
        </w:tc>
      </w:tr>
      <w:tr w:rsidR="00933AE3" w14:paraId="13CBCB00" w14:textId="77777777">
        <w:trPr>
          <w:jc w:val="center"/>
        </w:trPr>
        <w:tc>
          <w:tcPr>
            <w:tcW w:w="10368" w:type="dxa"/>
            <w:tcBorders>
              <w:top w:val="single" w:sz="4" w:space="0" w:color="DDDDDD"/>
              <w:left w:val="single" w:sz="4" w:space="0" w:color="DDDDDD"/>
              <w:bottom w:val="single" w:sz="4" w:space="0" w:color="DDDDDD"/>
              <w:right w:val="single" w:sz="4" w:space="0" w:color="DDDDDD"/>
            </w:tcBorders>
            <w:shd w:val="clear" w:color="auto" w:fill="F3F3F3"/>
            <w:tcMar>
              <w:top w:w="110" w:type="dxa"/>
              <w:left w:w="120" w:type="dxa"/>
              <w:bottom w:w="110" w:type="dxa"/>
              <w:right w:w="120" w:type="dxa"/>
            </w:tcMar>
          </w:tcPr>
          <w:p w14:paraId="23C9E7BC" w14:textId="77777777" w:rsidR="00933AE3" w:rsidRDefault="00000000">
            <w:pPr>
              <w:spacing w:after="0" w:line="247" w:lineRule="auto"/>
              <w:jc w:val="center"/>
            </w:pPr>
            <w:r>
              <w:rPr>
                <w:color w:val="111111"/>
                <w:sz w:val="19"/>
              </w:rPr>
              <w:t>TUTORS  •  Identify subject expertise, grade levels, qualifications, availability, and tutoring preferences.</w:t>
            </w:r>
          </w:p>
        </w:tc>
      </w:tr>
      <w:tr w:rsidR="00933AE3" w14:paraId="48182E02" w14:textId="77777777">
        <w:trPr>
          <w:jc w:val="center"/>
        </w:trPr>
        <w:tc>
          <w:tcPr>
            <w:tcW w:w="10368" w:type="dxa"/>
            <w:tcBorders>
              <w:top w:val="single" w:sz="4" w:space="0" w:color="DDDDDD"/>
              <w:left w:val="single" w:sz="4" w:space="0" w:color="DDDDDD"/>
              <w:bottom w:val="single" w:sz="4" w:space="0" w:color="DDDDDD"/>
              <w:right w:val="single" w:sz="4" w:space="0" w:color="DDDDDD"/>
            </w:tcBorders>
            <w:shd w:val="clear" w:color="auto" w:fill="F7F0DC"/>
            <w:tcMar>
              <w:top w:w="110" w:type="dxa"/>
              <w:left w:w="120" w:type="dxa"/>
              <w:bottom w:w="110" w:type="dxa"/>
              <w:right w:w="120" w:type="dxa"/>
            </w:tcMar>
          </w:tcPr>
          <w:p w14:paraId="0C377F38" w14:textId="77777777" w:rsidR="00933AE3" w:rsidRDefault="00000000">
            <w:pPr>
              <w:spacing w:after="0" w:line="247" w:lineRule="auto"/>
              <w:jc w:val="center"/>
            </w:pPr>
            <w:r>
              <w:rPr>
                <w:color w:val="111111"/>
                <w:sz w:val="19"/>
              </w:rPr>
              <w:t>SAFETY  •  Tutor training, required screening, and reference checks are completed before tutor approval.</w:t>
            </w:r>
          </w:p>
        </w:tc>
      </w:tr>
    </w:tbl>
    <w:p w14:paraId="62A9D213" w14:textId="77777777" w:rsidR="00933AE3" w:rsidRDefault="00000000">
      <w:pPr>
        <w:spacing w:before="280" w:after="40" w:line="247" w:lineRule="auto"/>
        <w:jc w:val="center"/>
      </w:pPr>
      <w:r>
        <w:rPr>
          <w:b/>
          <w:color w:val="6B6B6B"/>
        </w:rPr>
        <w:t>2026-2027 ELMP PILOT USER GUIDE</w:t>
      </w:r>
    </w:p>
    <w:p w14:paraId="27ED0A74" w14:textId="77777777" w:rsidR="00933AE3" w:rsidRDefault="00000000">
      <w:pPr>
        <w:spacing w:after="0" w:line="247" w:lineRule="auto"/>
        <w:jc w:val="center"/>
      </w:pPr>
      <w:r>
        <w:rPr>
          <w:b/>
          <w:color w:val="D0A128"/>
        </w:rPr>
        <w:t>Developing Leaders. Building Character. Inspiring Service.</w:t>
      </w:r>
    </w:p>
    <w:p w14:paraId="4BB6DF07"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16390C58"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4196F60C" w14:textId="77777777" w:rsidR="00933AE3" w:rsidRDefault="00000000">
            <w:pPr>
              <w:spacing w:after="0" w:line="247" w:lineRule="auto"/>
              <w:jc w:val="center"/>
            </w:pPr>
            <w:r>
              <w:rPr>
                <w:b/>
                <w:color w:val="111111"/>
                <w:sz w:val="32"/>
              </w:rPr>
              <w:lastRenderedPageBreak/>
              <w:t>1</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5769F06B" w14:textId="77777777" w:rsidR="00933AE3" w:rsidRDefault="00000000">
            <w:pPr>
              <w:spacing w:after="0" w:line="247" w:lineRule="auto"/>
            </w:pPr>
            <w:r>
              <w:rPr>
                <w:b/>
                <w:color w:val="FFFFFF"/>
                <w:sz w:val="26"/>
              </w:rPr>
              <w:t>ACCESS THE TUTORING SUPPORT NETWORK</w:t>
            </w:r>
          </w:p>
        </w:tc>
      </w:tr>
    </w:tbl>
    <w:p w14:paraId="259B4CC9" w14:textId="77777777" w:rsidR="00933AE3" w:rsidRDefault="00000000">
      <w:pPr>
        <w:spacing w:before="60" w:after="140" w:line="247" w:lineRule="auto"/>
      </w:pPr>
      <w:r>
        <w:rPr>
          <w:i/>
          <w:color w:val="6B6B6B"/>
          <w:sz w:val="19"/>
        </w:rPr>
        <w:t>Scan the QR code or use the live form link. The same form is used for student requests and tutor applications.</w:t>
      </w:r>
    </w:p>
    <w:tbl>
      <w:tblPr>
        <w:tblW w:w="0" w:type="auto"/>
        <w:jc w:val="center"/>
        <w:tblLayout w:type="fixed"/>
        <w:tblLook w:val="04A0" w:firstRow="1" w:lastRow="0" w:firstColumn="1" w:lastColumn="0" w:noHBand="0" w:noVBand="1"/>
      </w:tblPr>
      <w:tblGrid>
        <w:gridCol w:w="4320"/>
        <w:gridCol w:w="5904"/>
      </w:tblGrid>
      <w:tr w:rsidR="00933AE3" w14:paraId="11ED69B1" w14:textId="77777777">
        <w:trPr>
          <w:jc w:val="center"/>
        </w:trPr>
        <w:tc>
          <w:tcPr>
            <w:tcW w:w="4320" w:type="dxa"/>
            <w:tcBorders>
              <w:top w:val="single" w:sz="5" w:space="0" w:color="D8D8D8"/>
              <w:left w:val="single" w:sz="5" w:space="0" w:color="D8D8D8"/>
              <w:bottom w:val="single" w:sz="5" w:space="0" w:color="D8D8D8"/>
              <w:right w:val="single" w:sz="5" w:space="0" w:color="D8D8D8"/>
            </w:tcBorders>
            <w:tcMar>
              <w:top w:w="110" w:type="dxa"/>
              <w:left w:w="120" w:type="dxa"/>
              <w:bottom w:w="110" w:type="dxa"/>
              <w:right w:w="120" w:type="dxa"/>
            </w:tcMar>
          </w:tcPr>
          <w:p w14:paraId="51DD7311" w14:textId="77777777" w:rsidR="00933AE3" w:rsidRDefault="00000000">
            <w:pPr>
              <w:spacing w:after="40" w:line="247" w:lineRule="auto"/>
              <w:jc w:val="center"/>
            </w:pPr>
            <w:r>
              <w:rPr>
                <w:noProof/>
              </w:rPr>
              <w:drawing>
                <wp:inline distT="0" distB="0" distL="0" distR="0" wp14:anchorId="0421CF51" wp14:editId="201B039C">
                  <wp:extent cx="1965960" cy="1965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1965960" cy="1965960"/>
                          </a:xfrm>
                          <a:prstGeom prst="rect">
                            <a:avLst/>
                          </a:prstGeom>
                        </pic:spPr>
                      </pic:pic>
                    </a:graphicData>
                  </a:graphic>
                </wp:inline>
              </w:drawing>
            </w:r>
          </w:p>
          <w:p w14:paraId="379427EC" w14:textId="77777777" w:rsidR="00933AE3" w:rsidRDefault="00000000">
            <w:pPr>
              <w:spacing w:after="0" w:line="247" w:lineRule="auto"/>
              <w:jc w:val="center"/>
            </w:pPr>
            <w:r>
              <w:rPr>
                <w:b/>
                <w:color w:val="D0A128"/>
                <w:sz w:val="19"/>
              </w:rPr>
              <w:t>SCAN TO OPEN THE FORM</w:t>
            </w:r>
          </w:p>
        </w:tc>
        <w:tc>
          <w:tcPr>
            <w:tcW w:w="5904" w:type="dxa"/>
            <w:tcBorders>
              <w:top w:val="single" w:sz="5" w:space="0" w:color="D8D8D8"/>
              <w:left w:val="single" w:sz="5" w:space="0" w:color="D8D8D8"/>
              <w:bottom w:val="single" w:sz="5" w:space="0" w:color="D8D8D8"/>
              <w:right w:val="single" w:sz="5" w:space="0" w:color="D8D8D8"/>
            </w:tcBorders>
            <w:tcMar>
              <w:top w:w="110" w:type="dxa"/>
              <w:left w:w="120" w:type="dxa"/>
              <w:bottom w:w="110" w:type="dxa"/>
              <w:right w:w="120" w:type="dxa"/>
            </w:tcMar>
          </w:tcPr>
          <w:p w14:paraId="49CC4CEB" w14:textId="77777777" w:rsidR="00933AE3" w:rsidRDefault="00000000">
            <w:pPr>
              <w:spacing w:after="80" w:line="247" w:lineRule="auto"/>
            </w:pPr>
            <w:r>
              <w:rPr>
                <w:b/>
                <w:color w:val="111111"/>
                <w:sz w:val="22"/>
              </w:rPr>
              <w:t>ONE FORM. TWO PATHS.</w:t>
            </w:r>
          </w:p>
          <w:p w14:paraId="3DAFB873" w14:textId="77777777" w:rsidR="00933AE3" w:rsidRDefault="00000000">
            <w:pPr>
              <w:spacing w:after="20" w:line="247" w:lineRule="auto"/>
            </w:pPr>
            <w:r>
              <w:rPr>
                <w:b/>
                <w:color w:val="D0A128"/>
                <w:sz w:val="19"/>
              </w:rPr>
              <w:t>Student Tutoring Request</w:t>
            </w:r>
          </w:p>
          <w:p w14:paraId="1943EEE5" w14:textId="77777777" w:rsidR="00933AE3" w:rsidRDefault="00000000">
            <w:pPr>
              <w:spacing w:after="80" w:line="247" w:lineRule="auto"/>
            </w:pPr>
            <w:r>
              <w:rPr>
                <w:color w:val="111111"/>
                <w:sz w:val="18"/>
              </w:rPr>
              <w:t>Select Student / Esquire Request when the form opens.</w:t>
            </w:r>
          </w:p>
          <w:p w14:paraId="5E3075DF" w14:textId="77777777" w:rsidR="00933AE3" w:rsidRDefault="00000000">
            <w:pPr>
              <w:spacing w:after="20" w:line="247" w:lineRule="auto"/>
            </w:pPr>
            <w:r>
              <w:rPr>
                <w:b/>
                <w:color w:val="D0A128"/>
                <w:sz w:val="19"/>
              </w:rPr>
              <w:t>Tutor Application</w:t>
            </w:r>
          </w:p>
          <w:p w14:paraId="0426CC13" w14:textId="77777777" w:rsidR="00933AE3" w:rsidRDefault="00000000">
            <w:pPr>
              <w:spacing w:after="100" w:line="247" w:lineRule="auto"/>
            </w:pPr>
            <w:r>
              <w:rPr>
                <w:color w:val="111111"/>
                <w:sz w:val="18"/>
              </w:rPr>
              <w:t>Select Tutor Application when the form opens.</w:t>
            </w:r>
          </w:p>
          <w:p w14:paraId="5F6FA322" w14:textId="77777777" w:rsidR="00933AE3" w:rsidRDefault="00000000">
            <w:pPr>
              <w:spacing w:after="20" w:line="247" w:lineRule="auto"/>
            </w:pPr>
            <w:r>
              <w:rPr>
                <w:b/>
                <w:color w:val="111111"/>
                <w:sz w:val="19"/>
              </w:rPr>
              <w:t>Live Form Link</w:t>
            </w:r>
          </w:p>
          <w:p w14:paraId="58D22BF6" w14:textId="77777777" w:rsidR="00933AE3" w:rsidRDefault="00933AE3">
            <w:pPr>
              <w:spacing w:after="40" w:line="247" w:lineRule="auto"/>
            </w:pPr>
            <w:hyperlink r:id="rId10">
              <w:r>
                <w:rPr>
                  <w:b/>
                  <w:color w:val="D0A128"/>
                  <w:u w:val="single"/>
                </w:rPr>
                <w:t>Open the ELMP On-Demand Tutoring Support Network</w:t>
              </w:r>
            </w:hyperlink>
          </w:p>
        </w:tc>
      </w:tr>
    </w:tbl>
    <w:p w14:paraId="5BFC5F4D" w14:textId="77777777" w:rsidR="00933AE3" w:rsidRDefault="00000000">
      <w:pPr>
        <w:spacing w:before="140" w:after="80" w:line="247" w:lineRule="auto"/>
      </w:pPr>
      <w:r>
        <w:rPr>
          <w:b/>
          <w:color w:val="111111"/>
          <w:sz w:val="21"/>
        </w:rPr>
        <w:t>HOW TO USE THE FORM</w:t>
      </w:r>
    </w:p>
    <w:tbl>
      <w:tblPr>
        <w:tblW w:w="0" w:type="auto"/>
        <w:jc w:val="center"/>
        <w:tblLayout w:type="fixed"/>
        <w:tblLook w:val="04A0" w:firstRow="1" w:lastRow="0" w:firstColumn="1" w:lastColumn="0" w:noHBand="0" w:noVBand="1"/>
      </w:tblPr>
      <w:tblGrid>
        <w:gridCol w:w="792"/>
        <w:gridCol w:w="2520"/>
        <w:gridCol w:w="6912"/>
      </w:tblGrid>
      <w:tr w:rsidR="00933AE3" w14:paraId="5645A3D2"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7BE0E90E" w14:textId="77777777" w:rsidR="00933AE3" w:rsidRDefault="00000000">
            <w:pPr>
              <w:spacing w:after="0" w:line="247" w:lineRule="auto"/>
              <w:jc w:val="center"/>
            </w:pPr>
            <w:r>
              <w:rPr>
                <w:b/>
                <w:color w:val="111111"/>
                <w:sz w:val="21"/>
              </w:rPr>
              <w:t>1</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7E59C75A" w14:textId="77777777" w:rsidR="00933AE3" w:rsidRDefault="00000000">
            <w:pPr>
              <w:spacing w:after="0" w:line="247" w:lineRule="auto"/>
            </w:pPr>
            <w:r>
              <w:rPr>
                <w:b/>
                <w:color w:val="111111"/>
                <w:sz w:val="18"/>
              </w:rPr>
              <w:t>Open</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5541BEE8" w14:textId="77777777" w:rsidR="00933AE3" w:rsidRDefault="00000000">
            <w:pPr>
              <w:spacing w:after="0" w:line="247" w:lineRule="auto"/>
            </w:pPr>
            <w:r>
              <w:rPr>
                <w:color w:val="111111"/>
                <w:sz w:val="18"/>
              </w:rPr>
              <w:t>Scan the QR code or select the live link.</w:t>
            </w:r>
          </w:p>
        </w:tc>
      </w:tr>
      <w:tr w:rsidR="00933AE3" w14:paraId="75146787"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8AA8B73" w14:textId="77777777" w:rsidR="00933AE3" w:rsidRDefault="00000000">
            <w:pPr>
              <w:spacing w:after="0" w:line="247" w:lineRule="auto"/>
              <w:jc w:val="center"/>
            </w:pPr>
            <w:r>
              <w:rPr>
                <w:b/>
                <w:color w:val="111111"/>
                <w:sz w:val="21"/>
              </w:rPr>
              <w:t>2</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51B4A4A6" w14:textId="77777777" w:rsidR="00933AE3" w:rsidRDefault="00000000">
            <w:pPr>
              <w:spacing w:after="0" w:line="247" w:lineRule="auto"/>
            </w:pPr>
            <w:r>
              <w:rPr>
                <w:b/>
                <w:color w:val="111111"/>
                <w:sz w:val="18"/>
              </w:rPr>
              <w:t>Choose your path</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1A1D6766" w14:textId="77777777" w:rsidR="00933AE3" w:rsidRDefault="00000000">
            <w:pPr>
              <w:spacing w:after="0" w:line="247" w:lineRule="auto"/>
            </w:pPr>
            <w:r>
              <w:rPr>
                <w:color w:val="111111"/>
                <w:sz w:val="18"/>
              </w:rPr>
              <w:t>Select Student / Esquire Request if you need academic support, or Tutor Application if you want to volunteer.</w:t>
            </w:r>
          </w:p>
        </w:tc>
      </w:tr>
      <w:tr w:rsidR="00933AE3" w14:paraId="3D316083"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2AD49E14" w14:textId="77777777" w:rsidR="00933AE3" w:rsidRDefault="00000000">
            <w:pPr>
              <w:spacing w:after="0" w:line="247" w:lineRule="auto"/>
              <w:jc w:val="center"/>
            </w:pPr>
            <w:r>
              <w:rPr>
                <w:b/>
                <w:color w:val="111111"/>
                <w:sz w:val="21"/>
              </w:rPr>
              <w:t>3</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39C13ECE" w14:textId="77777777" w:rsidR="00933AE3" w:rsidRDefault="00000000">
            <w:pPr>
              <w:spacing w:after="0" w:line="247" w:lineRule="auto"/>
            </w:pPr>
            <w:r>
              <w:rPr>
                <w:b/>
                <w:color w:val="111111"/>
                <w:sz w:val="18"/>
              </w:rPr>
              <w:t>Complete and submit</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459340FF" w14:textId="77777777" w:rsidR="00933AE3" w:rsidRDefault="00000000">
            <w:pPr>
              <w:spacing w:after="0" w:line="247" w:lineRule="auto"/>
            </w:pPr>
            <w:r>
              <w:rPr>
                <w:color w:val="111111"/>
                <w:sz w:val="18"/>
              </w:rPr>
              <w:t>Answer the questions for your path. ELMP Program Staff reviews the submission and manages all matching and approvals.</w:t>
            </w:r>
          </w:p>
        </w:tc>
      </w:tr>
    </w:tbl>
    <w:p w14:paraId="2A504E51" w14:textId="77777777" w:rsidR="00933AE3" w:rsidRDefault="00000000">
      <w:pPr>
        <w:spacing w:before="140" w:after="60" w:line="247" w:lineRule="auto"/>
      </w:pPr>
      <w:r>
        <w:rPr>
          <w:b/>
          <w:color w:val="111111"/>
          <w:sz w:val="21"/>
        </w:rPr>
        <w:t>TUTORING COORDINATOR</w:t>
      </w:r>
    </w:p>
    <w:tbl>
      <w:tblPr>
        <w:tblW w:w="0" w:type="auto"/>
        <w:jc w:val="center"/>
        <w:tblLayout w:type="fixed"/>
        <w:tblLook w:val="04A0" w:firstRow="1" w:lastRow="0" w:firstColumn="1" w:lastColumn="0" w:noHBand="0" w:noVBand="1"/>
      </w:tblPr>
      <w:tblGrid>
        <w:gridCol w:w="5112"/>
        <w:gridCol w:w="5112"/>
        <w:gridCol w:w="30"/>
      </w:tblGrid>
      <w:tr w:rsidR="00933AE3" w14:paraId="21C1A537" w14:textId="77777777">
        <w:trPr>
          <w:jc w:val="center"/>
        </w:trPr>
        <w:tc>
          <w:tcPr>
            <w:tcW w:w="5112" w:type="dxa"/>
            <w:tcBorders>
              <w:top w:val="single" w:sz="5" w:space="0" w:color="D8D8D8"/>
              <w:left w:val="single" w:sz="5" w:space="0" w:color="D8D8D8"/>
              <w:bottom w:val="single" w:sz="5" w:space="0" w:color="D8D8D8"/>
              <w:right w:val="single" w:sz="5" w:space="0" w:color="D8D8D8"/>
            </w:tcBorders>
            <w:shd w:val="clear" w:color="auto" w:fill="111111"/>
            <w:tcMar>
              <w:top w:w="95" w:type="dxa"/>
              <w:left w:w="120" w:type="dxa"/>
              <w:bottom w:w="95" w:type="dxa"/>
              <w:right w:w="120" w:type="dxa"/>
            </w:tcMar>
          </w:tcPr>
          <w:p w14:paraId="65D95343" w14:textId="77777777" w:rsidR="00933AE3" w:rsidRDefault="00000000">
            <w:pPr>
              <w:spacing w:after="20" w:line="247" w:lineRule="auto"/>
            </w:pPr>
            <w:r>
              <w:rPr>
                <w:b/>
                <w:color w:val="FFFFFF"/>
                <w:sz w:val="21"/>
              </w:rPr>
              <w:t>Matthew Coats</w:t>
            </w:r>
          </w:p>
          <w:p w14:paraId="5D5C2960" w14:textId="77777777" w:rsidR="00933AE3" w:rsidRDefault="00000000">
            <w:pPr>
              <w:spacing w:after="0" w:line="247" w:lineRule="auto"/>
            </w:pPr>
            <w:r>
              <w:rPr>
                <w:color w:val="FFFFFF"/>
                <w:sz w:val="18"/>
              </w:rPr>
              <w:t>Tutoring Coordinator</w:t>
            </w:r>
          </w:p>
        </w:tc>
        <w:tc>
          <w:tcPr>
            <w:tcW w:w="5112" w:type="dxa"/>
            <w:gridSpan w:val="2"/>
            <w:tcBorders>
              <w:top w:val="single" w:sz="5" w:space="0" w:color="D8D8D8"/>
              <w:left w:val="single" w:sz="5" w:space="0" w:color="D8D8D8"/>
              <w:bottom w:val="single" w:sz="5" w:space="0" w:color="D8D8D8"/>
              <w:right w:val="single" w:sz="5" w:space="0" w:color="D8D8D8"/>
            </w:tcBorders>
            <w:shd w:val="clear" w:color="auto" w:fill="F3F3F3"/>
            <w:tcMar>
              <w:top w:w="95" w:type="dxa"/>
              <w:left w:w="120" w:type="dxa"/>
              <w:bottom w:w="95" w:type="dxa"/>
              <w:right w:w="120" w:type="dxa"/>
            </w:tcMar>
          </w:tcPr>
          <w:p w14:paraId="33AC2144" w14:textId="77777777" w:rsidR="00933AE3" w:rsidRDefault="00000000">
            <w:pPr>
              <w:spacing w:after="40" w:line="247" w:lineRule="auto"/>
            </w:pPr>
            <w:r>
              <w:rPr>
                <w:b/>
                <w:color w:val="111111"/>
                <w:sz w:val="18"/>
              </w:rPr>
              <w:t>Phone: [CONTACT REDACTED]</w:t>
            </w:r>
          </w:p>
          <w:p w14:paraId="6D84FBED" w14:textId="77777777" w:rsidR="00933AE3" w:rsidRDefault="00000000">
            <w:pPr>
              <w:spacing w:after="0" w:line="247" w:lineRule="auto"/>
            </w:pPr>
            <w:r>
              <w:rPr>
                <w:b/>
                <w:color w:val="111111"/>
                <w:sz w:val="18"/>
              </w:rPr>
              <w:t xml:space="preserve">Email: </w:t>
            </w:r>
            <w:hyperlink r:id="rId11">
              <w:r w:rsidR="00933AE3">
                <w:rPr>
                  <w:color w:val="D0A128"/>
                  <w:u w:val="single"/>
                </w:rPr>
                <w:t>██████████████████████████</w:t>
              </w:r>
            </w:hyperlink>
          </w:p>
        </w:tc>
      </w:tr>
      <w:tr w:rsidR="00933AE3" w14:paraId="39BC67E0" w14:textId="77777777">
        <w:trPr>
          <w:gridAfter w:val="1"/>
          <w:wAfter w:w="30" w:type="dxa"/>
          <w:jc w:val="center"/>
        </w:trPr>
        <w:tc>
          <w:tcPr>
            <w:tcW w:w="10224" w:type="dxa"/>
            <w:gridSpan w:val="2"/>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1CEBFB09" w14:textId="77777777" w:rsidR="00933AE3" w:rsidRDefault="00000000">
            <w:pPr>
              <w:spacing w:after="40" w:line="247" w:lineRule="auto"/>
            </w:pPr>
            <w:r>
              <w:rPr>
                <w:b/>
                <w:color w:val="D0A128"/>
                <w:sz w:val="19"/>
              </w:rPr>
              <w:t>IMPORTANT</w:t>
            </w:r>
          </w:p>
          <w:p w14:paraId="240A49C2" w14:textId="0B82941B" w:rsidR="00933AE3" w:rsidRDefault="00000000">
            <w:pPr>
              <w:spacing w:after="0" w:line="240" w:lineRule="auto"/>
            </w:pPr>
            <w:r>
              <w:rPr>
                <w:color w:val="111111"/>
                <w:sz w:val="18"/>
              </w:rPr>
              <w:t xml:space="preserve">Submitting the form does not create an immediate student tutor connection. ELMP Program Staff verifies tutor eligibility and completes required parent/guardian notification before </w:t>
            </w:r>
            <w:r w:rsidR="00003A95">
              <w:rPr>
                <w:color w:val="111111"/>
                <w:sz w:val="18"/>
              </w:rPr>
              <w:t>releasing an approved match</w:t>
            </w:r>
            <w:r>
              <w:rPr>
                <w:color w:val="111111"/>
                <w:sz w:val="18"/>
              </w:rPr>
              <w:t>.</w:t>
            </w:r>
          </w:p>
        </w:tc>
      </w:tr>
    </w:tbl>
    <w:p w14:paraId="0BE9D265"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3C3A6855"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24393440" w14:textId="77777777" w:rsidR="00933AE3" w:rsidRDefault="00000000">
            <w:pPr>
              <w:spacing w:after="0" w:line="247" w:lineRule="auto"/>
              <w:jc w:val="center"/>
            </w:pPr>
            <w:r>
              <w:rPr>
                <w:b/>
                <w:color w:val="111111"/>
                <w:sz w:val="32"/>
              </w:rPr>
              <w:lastRenderedPageBreak/>
              <w:t>2</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419640A2" w14:textId="77777777" w:rsidR="00933AE3" w:rsidRDefault="00000000">
            <w:pPr>
              <w:spacing w:after="0" w:line="247" w:lineRule="auto"/>
            </w:pPr>
            <w:r>
              <w:rPr>
                <w:b/>
                <w:color w:val="FFFFFF"/>
                <w:sz w:val="26"/>
              </w:rPr>
              <w:t>HOW THE TUTORING NETWORK WORKS</w:t>
            </w:r>
          </w:p>
        </w:tc>
      </w:tr>
    </w:tbl>
    <w:p w14:paraId="27C16AC8" w14:textId="7D86440E" w:rsidR="00933AE3" w:rsidRDefault="00000000">
      <w:pPr>
        <w:spacing w:before="60" w:after="140" w:line="247" w:lineRule="auto"/>
      </w:pPr>
      <w:r>
        <w:rPr>
          <w:i/>
          <w:color w:val="6B6B6B"/>
          <w:sz w:val="19"/>
        </w:rPr>
        <w:t xml:space="preserve">The form collects the information needed to make a safe, practical academic match. </w:t>
      </w:r>
      <w:r w:rsidR="000B7C87">
        <w:rPr>
          <w:i/>
          <w:color w:val="6B6B6B"/>
          <w:sz w:val="19"/>
        </w:rPr>
        <w:t>"</w:t>
      </w:r>
      <w:r>
        <w:rPr>
          <w:i/>
          <w:color w:val="6B6B6B"/>
          <w:sz w:val="19"/>
        </w:rPr>
        <w:t>On-demand</w:t>
      </w:r>
      <w:r w:rsidR="000B7C87">
        <w:rPr>
          <w:i/>
          <w:color w:val="6B6B6B"/>
          <w:sz w:val="19"/>
        </w:rPr>
        <w:t>"</w:t>
      </w:r>
      <w:r>
        <w:rPr>
          <w:i/>
          <w:color w:val="6B6B6B"/>
          <w:sz w:val="19"/>
        </w:rPr>
        <w:t xml:space="preserve"> means requests can be submitted when help is needed; it does not mean instant </w:t>
      </w:r>
      <w:r w:rsidR="00C92911">
        <w:rPr>
          <w:i/>
          <w:color w:val="6B6B6B"/>
          <w:sz w:val="19"/>
        </w:rPr>
        <w:t>access to a tutor</w:t>
      </w:r>
      <w:r>
        <w:rPr>
          <w:i/>
          <w:color w:val="6B6B6B"/>
          <w:sz w:val="19"/>
        </w:rPr>
        <w:t>.</w:t>
      </w:r>
    </w:p>
    <w:tbl>
      <w:tblPr>
        <w:tblW w:w="0" w:type="auto"/>
        <w:jc w:val="center"/>
        <w:tblLayout w:type="fixed"/>
        <w:tblLook w:val="04A0" w:firstRow="1" w:lastRow="0" w:firstColumn="1" w:lastColumn="0" w:noHBand="0" w:noVBand="1"/>
      </w:tblPr>
      <w:tblGrid>
        <w:gridCol w:w="792"/>
        <w:gridCol w:w="2520"/>
        <w:gridCol w:w="6912"/>
      </w:tblGrid>
      <w:tr w:rsidR="00933AE3" w14:paraId="00761D67"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22A55B2" w14:textId="77777777" w:rsidR="00933AE3" w:rsidRDefault="00000000">
            <w:pPr>
              <w:spacing w:after="0" w:line="247" w:lineRule="auto"/>
              <w:jc w:val="center"/>
            </w:pPr>
            <w:r>
              <w:rPr>
                <w:b/>
                <w:color w:val="111111"/>
                <w:sz w:val="21"/>
              </w:rPr>
              <w:t>1</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6D265BBD" w14:textId="77777777" w:rsidR="00933AE3" w:rsidRDefault="00000000">
            <w:pPr>
              <w:spacing w:after="0" w:line="247" w:lineRule="auto"/>
            </w:pPr>
            <w:r>
              <w:rPr>
                <w:b/>
                <w:color w:val="111111"/>
                <w:sz w:val="18"/>
              </w:rPr>
              <w:t>Request or Apply</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739A45D6" w14:textId="77777777" w:rsidR="00933AE3" w:rsidRDefault="00000000">
            <w:pPr>
              <w:spacing w:after="0" w:line="247" w:lineRule="auto"/>
            </w:pPr>
            <w:r>
              <w:rPr>
                <w:color w:val="111111"/>
                <w:sz w:val="18"/>
              </w:rPr>
              <w:t>A student/Esquire requests help, or a prospective tutor submits an application.</w:t>
            </w:r>
          </w:p>
        </w:tc>
      </w:tr>
      <w:tr w:rsidR="00933AE3" w14:paraId="2A9C0F61"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E52B93B" w14:textId="77777777" w:rsidR="00933AE3" w:rsidRDefault="00000000">
            <w:pPr>
              <w:spacing w:after="0" w:line="247" w:lineRule="auto"/>
              <w:jc w:val="center"/>
            </w:pPr>
            <w:r>
              <w:rPr>
                <w:b/>
                <w:color w:val="111111"/>
                <w:sz w:val="21"/>
              </w:rPr>
              <w:t>2</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5698EAD8" w14:textId="77777777" w:rsidR="00933AE3" w:rsidRDefault="00000000">
            <w:pPr>
              <w:spacing w:after="0" w:line="247" w:lineRule="auto"/>
            </w:pPr>
            <w:r>
              <w:rPr>
                <w:b/>
                <w:color w:val="111111"/>
                <w:sz w:val="18"/>
              </w:rPr>
              <w:t>Staff Review</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437640AD" w14:textId="0A88B8A7" w:rsidR="00933AE3" w:rsidRDefault="00000000">
            <w:pPr>
              <w:spacing w:after="0" w:line="247" w:lineRule="auto"/>
            </w:pPr>
            <w:r>
              <w:rPr>
                <w:color w:val="111111"/>
                <w:sz w:val="18"/>
              </w:rPr>
              <w:t>Program staff reviews the student request or tutor application and checks that the required information is complete.</w:t>
            </w:r>
          </w:p>
        </w:tc>
      </w:tr>
      <w:tr w:rsidR="00933AE3" w14:paraId="5F482B30"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006D09C" w14:textId="77777777" w:rsidR="00933AE3" w:rsidRDefault="00000000">
            <w:pPr>
              <w:spacing w:after="0" w:line="247" w:lineRule="auto"/>
              <w:jc w:val="center"/>
            </w:pPr>
            <w:r>
              <w:rPr>
                <w:b/>
                <w:color w:val="111111"/>
                <w:sz w:val="21"/>
              </w:rPr>
              <w:t>3</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607DB860" w14:textId="77777777" w:rsidR="00933AE3" w:rsidRDefault="00000000">
            <w:pPr>
              <w:spacing w:after="0" w:line="247" w:lineRule="auto"/>
            </w:pPr>
            <w:r>
              <w:rPr>
                <w:b/>
                <w:color w:val="111111"/>
                <w:sz w:val="18"/>
              </w:rPr>
              <w:t>Tutor Verification</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5217348F" w14:textId="03C20423" w:rsidR="00933AE3" w:rsidRDefault="00000000">
            <w:pPr>
              <w:spacing w:after="0" w:line="247" w:lineRule="auto"/>
            </w:pPr>
            <w:r>
              <w:rPr>
                <w:color w:val="111111"/>
                <w:sz w:val="18"/>
              </w:rPr>
              <w:t xml:space="preserve">Before </w:t>
            </w:r>
            <w:r w:rsidR="0074122E">
              <w:rPr>
                <w:color w:val="111111"/>
                <w:sz w:val="18"/>
              </w:rPr>
              <w:t>approving a tutor</w:t>
            </w:r>
            <w:r>
              <w:rPr>
                <w:color w:val="111111"/>
                <w:sz w:val="18"/>
              </w:rPr>
              <w:t>, staff verifies ELMP Mentor Training, the uploaded certificate, the National Sex Offender Public Website (NSOPW) screening, and all required references.</w:t>
            </w:r>
          </w:p>
        </w:tc>
      </w:tr>
      <w:tr w:rsidR="00933AE3" w14:paraId="0D1A7989"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6EADB716" w14:textId="77777777" w:rsidR="00933AE3" w:rsidRDefault="00000000">
            <w:pPr>
              <w:spacing w:after="0" w:line="247" w:lineRule="auto"/>
              <w:jc w:val="center"/>
            </w:pPr>
            <w:r>
              <w:rPr>
                <w:b/>
                <w:color w:val="111111"/>
                <w:sz w:val="21"/>
              </w:rPr>
              <w:t>4</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1955C15A" w14:textId="77777777" w:rsidR="00933AE3" w:rsidRDefault="00000000">
            <w:pPr>
              <w:spacing w:after="0" w:line="247" w:lineRule="auto"/>
            </w:pPr>
            <w:r>
              <w:rPr>
                <w:b/>
                <w:color w:val="111111"/>
                <w:sz w:val="18"/>
              </w:rPr>
              <w:t>Match Review</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09E76500" w14:textId="77777777" w:rsidR="00933AE3" w:rsidRDefault="00000000">
            <w:pPr>
              <w:spacing w:after="0" w:line="247" w:lineRule="auto"/>
            </w:pPr>
            <w:r>
              <w:rPr>
                <w:color w:val="111111"/>
                <w:sz w:val="18"/>
              </w:rPr>
              <w:t>Staff compares the student's subject/class need, grade or course level, current topic, tutor expertise, availability, format, urgency, and capacity.</w:t>
            </w:r>
          </w:p>
        </w:tc>
      </w:tr>
      <w:tr w:rsidR="00933AE3" w14:paraId="7419D2FC"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BB529A7" w14:textId="77777777" w:rsidR="00933AE3" w:rsidRDefault="00000000">
            <w:pPr>
              <w:spacing w:after="0" w:line="247" w:lineRule="auto"/>
              <w:jc w:val="center"/>
            </w:pPr>
            <w:r>
              <w:rPr>
                <w:b/>
                <w:color w:val="111111"/>
                <w:sz w:val="21"/>
              </w:rPr>
              <w:t>5</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000BBDF2" w14:textId="45F49C6A" w:rsidR="00933AE3" w:rsidRDefault="000B7C87">
            <w:pPr>
              <w:spacing w:after="0" w:line="247" w:lineRule="auto"/>
            </w:pPr>
            <w:r>
              <w:rPr>
                <w:b/>
                <w:color w:val="111111"/>
                <w:sz w:val="18"/>
              </w:rPr>
              <w:t>Pre-Connection Notice</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5D828AF5" w14:textId="11754367" w:rsidR="00933AE3" w:rsidRDefault="00000000">
            <w:pPr>
              <w:spacing w:after="0" w:line="247" w:lineRule="auto"/>
            </w:pPr>
            <w:r>
              <w:rPr>
                <w:color w:val="111111"/>
                <w:sz w:val="18"/>
              </w:rPr>
              <w:t xml:space="preserve">ELMP Program Staff and the </w:t>
            </w:r>
            <w:r w:rsidR="000B7C87">
              <w:rPr>
                <w:color w:val="111111"/>
                <w:sz w:val="18"/>
              </w:rPr>
              <w:t>student's</w:t>
            </w:r>
            <w:r>
              <w:rPr>
                <w:color w:val="111111"/>
                <w:sz w:val="18"/>
              </w:rPr>
              <w:t xml:space="preserve"> parent/guardian are notified of the proposed match before </w:t>
            </w:r>
            <w:r w:rsidR="00F77C3A">
              <w:rPr>
                <w:color w:val="111111"/>
                <w:sz w:val="18"/>
              </w:rPr>
              <w:t>releasing contact</w:t>
            </w:r>
            <w:r>
              <w:rPr>
                <w:color w:val="111111"/>
                <w:sz w:val="18"/>
              </w:rPr>
              <w:t>.</w:t>
            </w:r>
          </w:p>
        </w:tc>
      </w:tr>
      <w:tr w:rsidR="00933AE3" w14:paraId="29549123"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1DC0104D" w14:textId="77777777" w:rsidR="00933AE3" w:rsidRDefault="00000000">
            <w:pPr>
              <w:spacing w:after="0" w:line="247" w:lineRule="auto"/>
              <w:jc w:val="center"/>
            </w:pPr>
            <w:r>
              <w:rPr>
                <w:b/>
                <w:color w:val="111111"/>
                <w:sz w:val="21"/>
              </w:rPr>
              <w:t>6</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6C3E0C19" w14:textId="77777777" w:rsidR="00933AE3" w:rsidRDefault="00000000">
            <w:pPr>
              <w:spacing w:after="0" w:line="247" w:lineRule="auto"/>
            </w:pPr>
            <w:r>
              <w:rPr>
                <w:b/>
                <w:color w:val="111111"/>
                <w:sz w:val="18"/>
              </w:rPr>
              <w:t>Approved Connection</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236308C7" w14:textId="77777777" w:rsidR="00933AE3" w:rsidRDefault="00000000">
            <w:pPr>
              <w:spacing w:after="0" w:line="247" w:lineRule="auto"/>
            </w:pPr>
            <w:r>
              <w:rPr>
                <w:color w:val="111111"/>
                <w:sz w:val="18"/>
              </w:rPr>
              <w:t>Only after verification and notification are complete does staff release the approved tutoring connection and next steps.</w:t>
            </w:r>
          </w:p>
        </w:tc>
      </w:tr>
      <w:tr w:rsidR="00933AE3" w14:paraId="221945B3"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2C50B333" w14:textId="77777777" w:rsidR="00933AE3" w:rsidRDefault="00000000">
            <w:pPr>
              <w:spacing w:after="0" w:line="247" w:lineRule="auto"/>
              <w:jc w:val="center"/>
            </w:pPr>
            <w:r>
              <w:rPr>
                <w:b/>
                <w:color w:val="111111"/>
                <w:sz w:val="21"/>
              </w:rPr>
              <w:t>7</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2EF769F2" w14:textId="77777777" w:rsidR="00933AE3" w:rsidRDefault="00000000">
            <w:pPr>
              <w:spacing w:after="0" w:line="247" w:lineRule="auto"/>
            </w:pPr>
            <w:r>
              <w:rPr>
                <w:b/>
                <w:color w:val="111111"/>
                <w:sz w:val="18"/>
              </w:rPr>
              <w:t>Active Support</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64A82827" w14:textId="77777777" w:rsidR="00933AE3" w:rsidRDefault="00000000">
            <w:pPr>
              <w:spacing w:after="0" w:line="247" w:lineRule="auto"/>
            </w:pPr>
            <w:r>
              <w:rPr>
                <w:color w:val="111111"/>
                <w:sz w:val="18"/>
              </w:rPr>
              <w:t>The student and tutor complete the agreed session(s). Staff can close the request or arrange a new match if needed.</w:t>
            </w:r>
          </w:p>
        </w:tc>
      </w:tr>
    </w:tbl>
    <w:p w14:paraId="3E939C39" w14:textId="77777777" w:rsidR="00933AE3" w:rsidRDefault="00000000">
      <w:pPr>
        <w:spacing w:before="160" w:after="60" w:line="247" w:lineRule="auto"/>
      </w:pPr>
      <w:r>
        <w:rPr>
          <w:b/>
          <w:color w:val="111111"/>
          <w:sz w:val="21"/>
        </w:rPr>
        <w:t>WHAT STAFF CONSIDERS WHEN MATCHING</w:t>
      </w:r>
    </w:p>
    <w:tbl>
      <w:tblPr>
        <w:tblW w:w="0" w:type="auto"/>
        <w:jc w:val="center"/>
        <w:tblLayout w:type="fixed"/>
        <w:tblLook w:val="04A0" w:firstRow="1" w:lastRow="0" w:firstColumn="1" w:lastColumn="0" w:noHBand="0" w:noVBand="1"/>
      </w:tblPr>
      <w:tblGrid>
        <w:gridCol w:w="5112"/>
        <w:gridCol w:w="5112"/>
        <w:gridCol w:w="20"/>
      </w:tblGrid>
      <w:tr w:rsidR="00933AE3" w14:paraId="5749E5AB" w14:textId="77777777">
        <w:trPr>
          <w:jc w:val="center"/>
        </w:trPr>
        <w:tc>
          <w:tcPr>
            <w:tcW w:w="5112" w:type="dxa"/>
            <w:tcBorders>
              <w:top w:val="single" w:sz="6" w:space="0" w:color="D9D9D9"/>
              <w:left w:val="single" w:sz="6" w:space="0" w:color="D9D9D9"/>
              <w:bottom w:val="single" w:sz="6" w:space="0" w:color="D9D9D9"/>
              <w:right w:val="single" w:sz="6" w:space="0" w:color="D9D9D9"/>
            </w:tcBorders>
            <w:shd w:val="clear" w:color="auto" w:fill="F7F0DC"/>
            <w:tcMar>
              <w:top w:w="110" w:type="dxa"/>
              <w:left w:w="130" w:type="dxa"/>
              <w:bottom w:w="110" w:type="dxa"/>
              <w:right w:w="130" w:type="dxa"/>
            </w:tcMar>
          </w:tcPr>
          <w:p w14:paraId="3FDD1963" w14:textId="77777777" w:rsidR="00933AE3" w:rsidRDefault="00000000">
            <w:pPr>
              <w:spacing w:after="80" w:line="247" w:lineRule="auto"/>
            </w:pPr>
            <w:r>
              <w:rPr>
                <w:b/>
                <w:color w:val="111111"/>
              </w:rPr>
              <w:t>ACADEMIC FIT</w:t>
            </w:r>
          </w:p>
          <w:p w14:paraId="2023CD46" w14:textId="77777777" w:rsidR="00933AE3" w:rsidRDefault="00000000">
            <w:pPr>
              <w:pStyle w:val="ListBullet"/>
              <w:spacing w:after="40" w:line="240" w:lineRule="auto"/>
            </w:pPr>
            <w:r>
              <w:rPr>
                <w:color w:val="111111"/>
                <w:sz w:val="18"/>
              </w:rPr>
              <w:t>Subject, class, or academic area requested</w:t>
            </w:r>
          </w:p>
          <w:p w14:paraId="1886B5E6" w14:textId="77777777" w:rsidR="00933AE3" w:rsidRDefault="00000000">
            <w:pPr>
              <w:pStyle w:val="ListBullet"/>
              <w:spacing w:after="40" w:line="240" w:lineRule="auto"/>
            </w:pPr>
            <w:r>
              <w:rPr>
                <w:color w:val="111111"/>
                <w:sz w:val="18"/>
              </w:rPr>
              <w:t>Student grade level and course level, when applicable</w:t>
            </w:r>
          </w:p>
          <w:p w14:paraId="02FCE644" w14:textId="77777777" w:rsidR="00933AE3" w:rsidRDefault="00000000">
            <w:pPr>
              <w:pStyle w:val="ListBullet"/>
              <w:spacing w:after="40" w:line="240" w:lineRule="auto"/>
            </w:pPr>
            <w:r>
              <w:rPr>
                <w:color w:val="111111"/>
                <w:sz w:val="18"/>
              </w:rPr>
              <w:t>Current topic, assignment, or skill needing support</w:t>
            </w:r>
          </w:p>
          <w:p w14:paraId="3B1A6A89" w14:textId="77777777" w:rsidR="00933AE3" w:rsidRDefault="00000000">
            <w:pPr>
              <w:pStyle w:val="ListBullet"/>
              <w:spacing w:after="40" w:line="240" w:lineRule="auto"/>
            </w:pPr>
            <w:r>
              <w:rPr>
                <w:color w:val="111111"/>
                <w:sz w:val="18"/>
              </w:rPr>
              <w:t>Tutor subject knowledge, qualifications, and grade-level comfort</w:t>
            </w:r>
          </w:p>
        </w:tc>
        <w:tc>
          <w:tcPr>
            <w:tcW w:w="5112" w:type="dxa"/>
            <w:gridSpan w:val="2"/>
            <w:tcBorders>
              <w:top w:val="single" w:sz="6" w:space="0" w:color="D9D9D9"/>
              <w:left w:val="single" w:sz="6" w:space="0" w:color="D9D9D9"/>
              <w:bottom w:val="single" w:sz="6" w:space="0" w:color="D9D9D9"/>
              <w:right w:val="single" w:sz="6" w:space="0" w:color="D9D9D9"/>
            </w:tcBorders>
            <w:shd w:val="clear" w:color="auto" w:fill="F3F3F3"/>
            <w:tcMar>
              <w:top w:w="110" w:type="dxa"/>
              <w:left w:w="130" w:type="dxa"/>
              <w:bottom w:w="110" w:type="dxa"/>
              <w:right w:w="130" w:type="dxa"/>
            </w:tcMar>
          </w:tcPr>
          <w:p w14:paraId="7F75ED93" w14:textId="77777777" w:rsidR="00933AE3" w:rsidRDefault="00000000">
            <w:pPr>
              <w:spacing w:after="80" w:line="247" w:lineRule="auto"/>
            </w:pPr>
            <w:r>
              <w:rPr>
                <w:b/>
                <w:color w:val="111111"/>
              </w:rPr>
              <w:t>PRACTICAL FIT</w:t>
            </w:r>
          </w:p>
          <w:p w14:paraId="6A280F25" w14:textId="77777777" w:rsidR="00933AE3" w:rsidRDefault="00000000">
            <w:pPr>
              <w:pStyle w:val="ListBullet"/>
              <w:spacing w:after="40" w:line="240" w:lineRule="auto"/>
            </w:pPr>
            <w:r>
              <w:rPr>
                <w:color w:val="111111"/>
                <w:sz w:val="18"/>
              </w:rPr>
              <w:t>Shared availability</w:t>
            </w:r>
          </w:p>
          <w:p w14:paraId="1DD9EA44" w14:textId="49B91639" w:rsidR="00933AE3" w:rsidRDefault="00000000">
            <w:pPr>
              <w:pStyle w:val="ListBullet"/>
              <w:spacing w:after="40" w:line="240" w:lineRule="auto"/>
            </w:pPr>
            <w:r>
              <w:rPr>
                <w:color w:val="111111"/>
                <w:sz w:val="18"/>
              </w:rPr>
              <w:t xml:space="preserve">Online or approved </w:t>
            </w:r>
            <w:r w:rsidR="000B7C87">
              <w:rPr>
                <w:color w:val="111111"/>
                <w:sz w:val="18"/>
              </w:rPr>
              <w:t>in-person</w:t>
            </w:r>
            <w:r>
              <w:rPr>
                <w:color w:val="111111"/>
                <w:sz w:val="18"/>
              </w:rPr>
              <w:t xml:space="preserve"> format</w:t>
            </w:r>
          </w:p>
          <w:p w14:paraId="4BFCF4CA" w14:textId="77777777" w:rsidR="00933AE3" w:rsidRDefault="00000000">
            <w:pPr>
              <w:pStyle w:val="ListBullet"/>
              <w:spacing w:after="40" w:line="240" w:lineRule="auto"/>
            </w:pPr>
            <w:r>
              <w:rPr>
                <w:color w:val="111111"/>
                <w:sz w:val="18"/>
              </w:rPr>
              <w:t>How quickly support is needed</w:t>
            </w:r>
          </w:p>
          <w:p w14:paraId="4247CB2A" w14:textId="77777777" w:rsidR="00933AE3" w:rsidRDefault="00000000">
            <w:pPr>
              <w:pStyle w:val="ListBullet"/>
              <w:spacing w:after="40" w:line="240" w:lineRule="auto"/>
            </w:pPr>
            <w:r>
              <w:rPr>
                <w:color w:val="111111"/>
                <w:sz w:val="18"/>
              </w:rPr>
              <w:t>Tutor capacity and requested frequency</w:t>
            </w:r>
          </w:p>
        </w:tc>
      </w:tr>
      <w:tr w:rsidR="00933AE3" w14:paraId="36AFCC59" w14:textId="77777777">
        <w:trPr>
          <w:gridAfter w:val="1"/>
          <w:wAfter w:w="20" w:type="dxa"/>
          <w:jc w:val="center"/>
        </w:trPr>
        <w:tc>
          <w:tcPr>
            <w:tcW w:w="10224" w:type="dxa"/>
            <w:gridSpan w:val="2"/>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48FCC20A" w14:textId="77777777" w:rsidR="00933AE3" w:rsidRDefault="00000000">
            <w:pPr>
              <w:spacing w:after="40" w:line="247" w:lineRule="auto"/>
            </w:pPr>
            <w:r>
              <w:rPr>
                <w:b/>
                <w:color w:val="D0A128"/>
                <w:sz w:val="19"/>
              </w:rPr>
              <w:t>NO AUTOMATIC MATCH RELEASE</w:t>
            </w:r>
          </w:p>
          <w:p w14:paraId="23ACC935" w14:textId="6840BDBD" w:rsidR="00933AE3" w:rsidRDefault="00000000">
            <w:pPr>
              <w:spacing w:after="0" w:line="240" w:lineRule="auto"/>
            </w:pPr>
            <w:r>
              <w:rPr>
                <w:color w:val="111111"/>
                <w:sz w:val="18"/>
              </w:rPr>
              <w:t xml:space="preserve">Even when a student and tutor appear to be a strong match, staff approval remains required. The system </w:t>
            </w:r>
            <w:r w:rsidR="00F77C3A">
              <w:rPr>
                <w:color w:val="111111"/>
                <w:sz w:val="18"/>
              </w:rPr>
              <w:t>helps</w:t>
            </w:r>
            <w:r>
              <w:rPr>
                <w:color w:val="111111"/>
                <w:sz w:val="18"/>
              </w:rPr>
              <w:t xml:space="preserve"> staff identify the right tutor without bypassing youth protection or parent/guardian notification.</w:t>
            </w:r>
          </w:p>
        </w:tc>
      </w:tr>
    </w:tbl>
    <w:p w14:paraId="113F40DC"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062CC9D8"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42A7F92F" w14:textId="77777777" w:rsidR="00933AE3" w:rsidRDefault="00000000">
            <w:pPr>
              <w:spacing w:after="0" w:line="247" w:lineRule="auto"/>
              <w:jc w:val="center"/>
            </w:pPr>
            <w:r>
              <w:rPr>
                <w:b/>
                <w:color w:val="111111"/>
                <w:sz w:val="32"/>
              </w:rPr>
              <w:lastRenderedPageBreak/>
              <w:t>3</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410F61EE" w14:textId="77777777" w:rsidR="00933AE3" w:rsidRDefault="00000000">
            <w:pPr>
              <w:spacing w:after="0" w:line="247" w:lineRule="auto"/>
            </w:pPr>
            <w:r>
              <w:rPr>
                <w:b/>
                <w:color w:val="FFFFFF"/>
                <w:sz w:val="26"/>
              </w:rPr>
              <w:t>STUDENT / ESQUIRE: HOW TO COMPLETE THE REQUEST</w:t>
            </w:r>
          </w:p>
        </w:tc>
      </w:tr>
    </w:tbl>
    <w:p w14:paraId="7F4829E6" w14:textId="77777777" w:rsidR="00933AE3" w:rsidRDefault="00000000">
      <w:pPr>
        <w:spacing w:before="60" w:after="140" w:line="247" w:lineRule="auto"/>
      </w:pPr>
      <w:r>
        <w:rPr>
          <w:i/>
          <w:color w:val="6B6B6B"/>
          <w:sz w:val="19"/>
        </w:rPr>
        <w:t>During the initial ELMP pilot, this path is for Esquires requesting tutoring, homework help, test preparation, writing support, study skills, or ongoing academic support.</w:t>
      </w:r>
    </w:p>
    <w:p w14:paraId="0E7C52DF" w14:textId="77777777" w:rsidR="00933AE3" w:rsidRDefault="00000000">
      <w:pPr>
        <w:spacing w:after="60" w:line="247" w:lineRule="auto"/>
      </w:pPr>
      <w:r>
        <w:rPr>
          <w:b/>
          <w:color w:val="111111"/>
          <w:sz w:val="21"/>
        </w:rPr>
        <w:t>BEFORE YOU START</w:t>
      </w:r>
    </w:p>
    <w:p w14:paraId="5283E14B" w14:textId="77777777" w:rsidR="00933AE3" w:rsidRDefault="00000000">
      <w:pPr>
        <w:pStyle w:val="ListBullet"/>
        <w:spacing w:after="50" w:line="240" w:lineRule="auto"/>
      </w:pPr>
      <w:r>
        <w:rPr>
          <w:color w:val="111111"/>
        </w:rPr>
        <w:t>Have your parent/guardian name, email, and phone number available.</w:t>
      </w:r>
    </w:p>
    <w:p w14:paraId="2866E180" w14:textId="77777777" w:rsidR="00933AE3" w:rsidRDefault="00000000">
      <w:pPr>
        <w:pStyle w:val="ListBullet"/>
        <w:spacing w:after="50" w:line="240" w:lineRule="auto"/>
      </w:pPr>
      <w:r>
        <w:rPr>
          <w:color w:val="111111"/>
        </w:rPr>
        <w:t>Know the subject or class name, course level if applicable, and the current topic, assignment, or skill you need help with.</w:t>
      </w:r>
    </w:p>
    <w:p w14:paraId="0DE5AA85" w14:textId="77777777" w:rsidR="00933AE3" w:rsidRDefault="00000000">
      <w:pPr>
        <w:pStyle w:val="ListBullet"/>
        <w:spacing w:after="50" w:line="240" w:lineRule="auto"/>
      </w:pPr>
      <w:r>
        <w:rPr>
          <w:color w:val="111111"/>
        </w:rPr>
        <w:t>Know when you are available and how quickly you need help.</w:t>
      </w:r>
    </w:p>
    <w:p w14:paraId="3ECB5A94" w14:textId="77777777" w:rsidR="00933AE3" w:rsidRDefault="00000000">
      <w:pPr>
        <w:pStyle w:val="ListBullet"/>
        <w:spacing w:after="50" w:line="240" w:lineRule="auto"/>
      </w:pPr>
      <w:r>
        <w:rPr>
          <w:color w:val="111111"/>
        </w:rPr>
        <w:t>If useful, have a homework sheet, study guide, rubric, or class resource ready to upload.</w:t>
      </w:r>
    </w:p>
    <w:p w14:paraId="1A5EA454" w14:textId="77777777" w:rsidR="00933AE3" w:rsidRDefault="00000000">
      <w:pPr>
        <w:spacing w:before="140" w:after="60" w:line="247" w:lineRule="auto"/>
      </w:pPr>
      <w:r>
        <w:rPr>
          <w:b/>
          <w:color w:val="111111"/>
          <w:sz w:val="21"/>
        </w:rPr>
        <w:t>WHAT YOU WILL COMPLETE</w:t>
      </w:r>
    </w:p>
    <w:tbl>
      <w:tblPr>
        <w:tblW w:w="10447" w:type="dxa"/>
        <w:jc w:val="center"/>
        <w:tblLayout w:type="fixed"/>
        <w:tblLook w:val="04A0" w:firstRow="1" w:lastRow="0" w:firstColumn="1" w:lastColumn="0" w:noHBand="0" w:noVBand="1"/>
      </w:tblPr>
      <w:tblGrid>
        <w:gridCol w:w="4577"/>
        <w:gridCol w:w="5786"/>
        <w:gridCol w:w="84"/>
      </w:tblGrid>
      <w:tr w:rsidR="00933AE3" w14:paraId="711FFA0A" w14:textId="77777777" w:rsidTr="00D158B9">
        <w:trPr>
          <w:gridAfter w:val="1"/>
          <w:wAfter w:w="84" w:type="dxa"/>
          <w:trHeight w:val="207"/>
          <w:jc w:val="center"/>
        </w:trPr>
        <w:tc>
          <w:tcPr>
            <w:tcW w:w="4577" w:type="dxa"/>
            <w:shd w:val="clear" w:color="auto" w:fill="111111"/>
            <w:tcMar>
              <w:top w:w="80" w:type="dxa"/>
              <w:left w:w="100" w:type="dxa"/>
              <w:bottom w:w="80" w:type="dxa"/>
              <w:right w:w="100" w:type="dxa"/>
            </w:tcMar>
          </w:tcPr>
          <w:p w14:paraId="3BD2E5B6" w14:textId="77777777" w:rsidR="00933AE3" w:rsidRDefault="00000000">
            <w:pPr>
              <w:spacing w:after="0" w:line="247" w:lineRule="auto"/>
            </w:pPr>
            <w:r>
              <w:rPr>
                <w:b/>
                <w:color w:val="D0A128"/>
                <w:sz w:val="18"/>
              </w:rPr>
              <w:t>WHAT YOU WILL ENTER</w:t>
            </w:r>
          </w:p>
        </w:tc>
        <w:tc>
          <w:tcPr>
            <w:tcW w:w="5786" w:type="dxa"/>
            <w:shd w:val="clear" w:color="auto" w:fill="111111"/>
            <w:tcMar>
              <w:top w:w="80" w:type="dxa"/>
              <w:left w:w="100" w:type="dxa"/>
              <w:bottom w:w="80" w:type="dxa"/>
              <w:right w:w="100" w:type="dxa"/>
            </w:tcMar>
          </w:tcPr>
          <w:p w14:paraId="24C33DA0" w14:textId="77777777" w:rsidR="00933AE3" w:rsidRDefault="00000000">
            <w:pPr>
              <w:spacing w:after="0" w:line="247" w:lineRule="auto"/>
            </w:pPr>
            <w:r>
              <w:rPr>
                <w:b/>
                <w:color w:val="D0A128"/>
                <w:sz w:val="18"/>
              </w:rPr>
              <w:t>WHY IT MATTERS</w:t>
            </w:r>
          </w:p>
        </w:tc>
      </w:tr>
      <w:tr w:rsidR="00933AE3" w14:paraId="1C65CC77" w14:textId="77777777" w:rsidTr="00D158B9">
        <w:trPr>
          <w:gridAfter w:val="1"/>
          <w:wAfter w:w="84" w:type="dxa"/>
          <w:trHeight w:val="423"/>
          <w:jc w:val="center"/>
        </w:trPr>
        <w:tc>
          <w:tcPr>
            <w:tcW w:w="4577"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72C84671" w14:textId="77777777" w:rsidR="00933AE3" w:rsidRDefault="00000000">
            <w:pPr>
              <w:spacing w:after="0" w:line="247" w:lineRule="auto"/>
            </w:pPr>
            <w:r>
              <w:rPr>
                <w:b/>
                <w:color w:val="111111"/>
                <w:sz w:val="18"/>
              </w:rPr>
              <w:t>Student information</w:t>
            </w:r>
          </w:p>
        </w:tc>
        <w:tc>
          <w:tcPr>
            <w:tcW w:w="5786"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08436426" w14:textId="77777777" w:rsidR="00933AE3" w:rsidRDefault="00000000">
            <w:pPr>
              <w:spacing w:after="0" w:line="247" w:lineRule="auto"/>
            </w:pPr>
            <w:r>
              <w:rPr>
                <w:color w:val="111111"/>
                <w:sz w:val="18"/>
              </w:rPr>
              <w:t>School, grade level, contact information, and whether you are currently an ELMP Esquire.</w:t>
            </w:r>
          </w:p>
        </w:tc>
      </w:tr>
      <w:tr w:rsidR="00933AE3" w14:paraId="3F924DEA" w14:textId="77777777" w:rsidTr="00D158B9">
        <w:trPr>
          <w:gridAfter w:val="1"/>
          <w:wAfter w:w="84" w:type="dxa"/>
          <w:trHeight w:val="423"/>
          <w:jc w:val="center"/>
        </w:trPr>
        <w:tc>
          <w:tcPr>
            <w:tcW w:w="4577"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0861AFB9" w14:textId="77777777" w:rsidR="00933AE3" w:rsidRDefault="00000000">
            <w:pPr>
              <w:spacing w:after="0" w:line="247" w:lineRule="auto"/>
            </w:pPr>
            <w:r>
              <w:rPr>
                <w:b/>
                <w:color w:val="111111"/>
                <w:sz w:val="18"/>
              </w:rPr>
              <w:t>Parent/guardian information</w:t>
            </w:r>
          </w:p>
        </w:tc>
        <w:tc>
          <w:tcPr>
            <w:tcW w:w="5786"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269F126B" w14:textId="77777777" w:rsidR="00933AE3" w:rsidRDefault="00000000">
            <w:pPr>
              <w:spacing w:after="0" w:line="247" w:lineRule="auto"/>
            </w:pPr>
            <w:r>
              <w:rPr>
                <w:color w:val="111111"/>
                <w:sz w:val="18"/>
              </w:rPr>
              <w:t>Name, email, phone number, and confirmation that your parent/guardian knows tutoring support is being requested.</w:t>
            </w:r>
          </w:p>
        </w:tc>
      </w:tr>
      <w:tr w:rsidR="00933AE3" w14:paraId="4F74C7D1" w14:textId="77777777" w:rsidTr="00D158B9">
        <w:trPr>
          <w:gridAfter w:val="1"/>
          <w:wAfter w:w="84" w:type="dxa"/>
          <w:trHeight w:val="423"/>
          <w:jc w:val="center"/>
        </w:trPr>
        <w:tc>
          <w:tcPr>
            <w:tcW w:w="4577"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6AC3E8F1" w14:textId="77777777" w:rsidR="00933AE3" w:rsidRDefault="00000000">
            <w:pPr>
              <w:spacing w:after="0" w:line="247" w:lineRule="auto"/>
            </w:pPr>
            <w:r>
              <w:rPr>
                <w:b/>
                <w:color w:val="111111"/>
                <w:sz w:val="18"/>
              </w:rPr>
              <w:t>Type of support</w:t>
            </w:r>
          </w:p>
        </w:tc>
        <w:tc>
          <w:tcPr>
            <w:tcW w:w="5786"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78CC44B5" w14:textId="77777777" w:rsidR="00933AE3" w:rsidRDefault="00000000">
            <w:pPr>
              <w:spacing w:after="0" w:line="247" w:lineRule="auto"/>
            </w:pPr>
            <w:r>
              <w:rPr>
                <w:color w:val="111111"/>
                <w:sz w:val="18"/>
              </w:rPr>
              <w:t>Examples include homework, concept review, test/quiz preparation, projects, writing, study skills, AP/IB exam preparation, ACT/SAT, or ongoing course help.</w:t>
            </w:r>
          </w:p>
        </w:tc>
      </w:tr>
      <w:tr w:rsidR="00933AE3" w14:paraId="2FF7706E" w14:textId="77777777" w:rsidTr="00D158B9">
        <w:trPr>
          <w:gridAfter w:val="1"/>
          <w:wAfter w:w="84" w:type="dxa"/>
          <w:trHeight w:val="431"/>
          <w:jc w:val="center"/>
        </w:trPr>
        <w:tc>
          <w:tcPr>
            <w:tcW w:w="4577"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4E2284B3" w14:textId="2DC30354" w:rsidR="00933AE3" w:rsidRDefault="0074122E">
            <w:pPr>
              <w:spacing w:after="0" w:line="247" w:lineRule="auto"/>
            </w:pPr>
            <w:r>
              <w:rPr>
                <w:b/>
                <w:color w:val="111111"/>
                <w:sz w:val="18"/>
              </w:rPr>
              <w:t>Subject/class</w:t>
            </w:r>
            <w:r w:rsidR="00000000">
              <w:rPr>
                <w:b/>
                <w:color w:val="111111"/>
                <w:sz w:val="18"/>
              </w:rPr>
              <w:t xml:space="preserve"> information</w:t>
            </w:r>
          </w:p>
        </w:tc>
        <w:tc>
          <w:tcPr>
            <w:tcW w:w="5786"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1D49B6D3" w14:textId="77777777" w:rsidR="00933AE3" w:rsidRDefault="00000000">
            <w:pPr>
              <w:spacing w:after="0" w:line="247" w:lineRule="auto"/>
            </w:pPr>
            <w:r>
              <w:rPr>
                <w:color w:val="111111"/>
                <w:sz w:val="18"/>
              </w:rPr>
              <w:t>Enter the subject or class name, identify the course level when applicable, and describe the current topic or assignment. The form uses the information you enter rather than a fixed course list.</w:t>
            </w:r>
          </w:p>
        </w:tc>
      </w:tr>
      <w:tr w:rsidR="00933AE3" w14:paraId="1A00750F" w14:textId="77777777" w:rsidTr="00D158B9">
        <w:trPr>
          <w:gridAfter w:val="1"/>
          <w:wAfter w:w="84" w:type="dxa"/>
          <w:trHeight w:val="423"/>
          <w:jc w:val="center"/>
        </w:trPr>
        <w:tc>
          <w:tcPr>
            <w:tcW w:w="4577"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42A0F325" w14:textId="77777777" w:rsidR="00933AE3" w:rsidRDefault="00000000">
            <w:pPr>
              <w:spacing w:after="0" w:line="247" w:lineRule="auto"/>
            </w:pPr>
            <w:r>
              <w:rPr>
                <w:b/>
                <w:color w:val="111111"/>
                <w:sz w:val="18"/>
              </w:rPr>
              <w:t>Urgency and length</w:t>
            </w:r>
          </w:p>
        </w:tc>
        <w:tc>
          <w:tcPr>
            <w:tcW w:w="5786"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339C9B59" w14:textId="77777777" w:rsidR="00933AE3" w:rsidRDefault="00000000">
            <w:pPr>
              <w:spacing w:after="0" w:line="247" w:lineRule="auto"/>
            </w:pPr>
            <w:r>
              <w:rPr>
                <w:color w:val="111111"/>
                <w:sz w:val="18"/>
              </w:rPr>
              <w:t>Indicate how soon help is needed and whether you need one session, 2 to 4 sessions, ongoing weekly support, or help during an exam/project period.</w:t>
            </w:r>
          </w:p>
        </w:tc>
      </w:tr>
      <w:tr w:rsidR="00933AE3" w14:paraId="5F8FCC16" w14:textId="77777777" w:rsidTr="00D158B9">
        <w:trPr>
          <w:gridAfter w:val="1"/>
          <w:wAfter w:w="84" w:type="dxa"/>
          <w:trHeight w:val="207"/>
          <w:jc w:val="center"/>
        </w:trPr>
        <w:tc>
          <w:tcPr>
            <w:tcW w:w="4577"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1E977E1E" w14:textId="77777777" w:rsidR="00933AE3" w:rsidRDefault="00000000">
            <w:pPr>
              <w:spacing w:after="0" w:line="247" w:lineRule="auto"/>
            </w:pPr>
            <w:r>
              <w:rPr>
                <w:b/>
                <w:color w:val="111111"/>
                <w:sz w:val="18"/>
              </w:rPr>
              <w:t>Session preferences</w:t>
            </w:r>
          </w:p>
        </w:tc>
        <w:tc>
          <w:tcPr>
            <w:tcW w:w="5786"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34CE0B2F" w14:textId="77777777" w:rsidR="00933AE3" w:rsidRDefault="00000000">
            <w:pPr>
              <w:spacing w:after="0" w:line="247" w:lineRule="auto"/>
            </w:pPr>
            <w:r>
              <w:rPr>
                <w:color w:val="111111"/>
                <w:sz w:val="18"/>
              </w:rPr>
              <w:t>Choose 30, 45, or 60 minutes and select online, approved in person, or either.</w:t>
            </w:r>
          </w:p>
        </w:tc>
      </w:tr>
      <w:tr w:rsidR="00933AE3" w14:paraId="571DDEB1" w14:textId="77777777" w:rsidTr="00D158B9">
        <w:trPr>
          <w:gridAfter w:val="1"/>
          <w:wAfter w:w="84" w:type="dxa"/>
          <w:trHeight w:val="215"/>
          <w:jc w:val="center"/>
        </w:trPr>
        <w:tc>
          <w:tcPr>
            <w:tcW w:w="4577"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2A9542CF" w14:textId="77777777" w:rsidR="00933AE3" w:rsidRDefault="00000000">
            <w:pPr>
              <w:spacing w:after="0" w:line="247" w:lineRule="auto"/>
            </w:pPr>
            <w:r>
              <w:rPr>
                <w:b/>
                <w:color w:val="111111"/>
                <w:sz w:val="18"/>
              </w:rPr>
              <w:t>Availability</w:t>
            </w:r>
          </w:p>
        </w:tc>
        <w:tc>
          <w:tcPr>
            <w:tcW w:w="5786"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3B30B85F" w14:textId="77777777" w:rsidR="00933AE3" w:rsidRDefault="00000000">
            <w:pPr>
              <w:spacing w:after="0" w:line="247" w:lineRule="auto"/>
            </w:pPr>
            <w:r>
              <w:rPr>
                <w:color w:val="111111"/>
                <w:sz w:val="18"/>
              </w:rPr>
              <w:t>Select available days and times, earliest start date, and any scheduling notes.</w:t>
            </w:r>
          </w:p>
        </w:tc>
      </w:tr>
      <w:tr w:rsidR="00933AE3" w14:paraId="66D9B8FA" w14:textId="77777777" w:rsidTr="00D158B9">
        <w:trPr>
          <w:gridAfter w:val="1"/>
          <w:wAfter w:w="84" w:type="dxa"/>
          <w:trHeight w:val="423"/>
          <w:jc w:val="center"/>
        </w:trPr>
        <w:tc>
          <w:tcPr>
            <w:tcW w:w="4577"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2FF4FF66" w14:textId="77777777" w:rsidR="00933AE3" w:rsidRDefault="00000000">
            <w:pPr>
              <w:spacing w:after="0" w:line="247" w:lineRule="auto"/>
            </w:pPr>
            <w:r>
              <w:rPr>
                <w:b/>
                <w:color w:val="111111"/>
                <w:sz w:val="18"/>
              </w:rPr>
              <w:t>Optional upload</w:t>
            </w:r>
          </w:p>
        </w:tc>
        <w:tc>
          <w:tcPr>
            <w:tcW w:w="5786"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64F6B063" w14:textId="77777777" w:rsidR="00933AE3" w:rsidRDefault="00000000">
            <w:pPr>
              <w:spacing w:after="0" w:line="247" w:lineRule="auto"/>
            </w:pPr>
            <w:r>
              <w:rPr>
                <w:color w:val="111111"/>
                <w:sz w:val="18"/>
              </w:rPr>
              <w:t>You may attach a class resource that will help staff and the tutor understand the need. Do not upload sensitive records.</w:t>
            </w:r>
          </w:p>
        </w:tc>
      </w:tr>
      <w:tr w:rsidR="00933AE3" w14:paraId="10398EC2" w14:textId="77777777" w:rsidTr="00D158B9">
        <w:trPr>
          <w:trHeight w:val="681"/>
          <w:jc w:val="center"/>
        </w:trPr>
        <w:tc>
          <w:tcPr>
            <w:tcW w:w="10447" w:type="dxa"/>
            <w:gridSpan w:val="3"/>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499A480E" w14:textId="77777777" w:rsidR="00933AE3" w:rsidRDefault="00000000">
            <w:pPr>
              <w:spacing w:after="40" w:line="247" w:lineRule="auto"/>
            </w:pPr>
            <w:r>
              <w:rPr>
                <w:b/>
                <w:color w:val="D0A128"/>
                <w:sz w:val="19"/>
              </w:rPr>
              <w:t>BEST WAY TO GET A STRONG MATCH</w:t>
            </w:r>
          </w:p>
          <w:p w14:paraId="3ECB16E1" w14:textId="35BF3D0C" w:rsidR="00933AE3" w:rsidRDefault="00000000">
            <w:pPr>
              <w:spacing w:after="0" w:line="240" w:lineRule="auto"/>
            </w:pPr>
            <w:r>
              <w:rPr>
                <w:color w:val="111111"/>
                <w:sz w:val="18"/>
              </w:rPr>
              <w:t>Be specific. "Algebra II - quadratic equations - test Friday" is more useful than "I need math help." Enter the class or subject as it appears on the student's schedule and describe the current need.</w:t>
            </w:r>
          </w:p>
        </w:tc>
      </w:tr>
    </w:tbl>
    <w:p w14:paraId="0B2653DD" w14:textId="77777777" w:rsidR="00933AE3" w:rsidRDefault="00000000">
      <w:pPr>
        <w:spacing w:before="140" w:after="40" w:line="247" w:lineRule="auto"/>
      </w:pPr>
      <w:r>
        <w:rPr>
          <w:b/>
          <w:color w:val="111111"/>
          <w:sz w:val="21"/>
        </w:rPr>
        <w:t>AFTER YOU SUBMIT</w:t>
      </w:r>
    </w:p>
    <w:p w14:paraId="586BFF47" w14:textId="77777777" w:rsidR="00933AE3" w:rsidRDefault="00000000">
      <w:pPr>
        <w:pStyle w:val="ListBullet"/>
        <w:spacing w:after="50" w:line="240" w:lineRule="auto"/>
      </w:pPr>
      <w:r>
        <w:rPr>
          <w:color w:val="111111"/>
        </w:rPr>
        <w:t>You receive confirmation that the request was received.</w:t>
      </w:r>
    </w:p>
    <w:p w14:paraId="422D3743" w14:textId="77777777" w:rsidR="00933AE3" w:rsidRDefault="00000000">
      <w:pPr>
        <w:pStyle w:val="ListBullet"/>
        <w:spacing w:after="50" w:line="240" w:lineRule="auto"/>
      </w:pPr>
      <w:r>
        <w:rPr>
          <w:color w:val="111111"/>
        </w:rPr>
        <w:t>ELMP Program Staff reviews your academic need, availability, and approved tutor options.</w:t>
      </w:r>
    </w:p>
    <w:p w14:paraId="5BADD177" w14:textId="77777777" w:rsidR="00933AE3" w:rsidRDefault="00000000">
      <w:pPr>
        <w:pStyle w:val="ListBullet"/>
        <w:spacing w:after="50" w:line="240" w:lineRule="auto"/>
      </w:pPr>
      <w:r>
        <w:rPr>
          <w:color w:val="111111"/>
        </w:rPr>
        <w:t>Your parent/guardian and program staff are notified before any tutor connection is released.</w:t>
      </w:r>
    </w:p>
    <w:p w14:paraId="3649B10D"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7DD910B9"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441A0C00" w14:textId="77777777" w:rsidR="00933AE3" w:rsidRDefault="00000000">
            <w:pPr>
              <w:spacing w:after="0" w:line="247" w:lineRule="auto"/>
              <w:jc w:val="center"/>
            </w:pPr>
            <w:r>
              <w:rPr>
                <w:b/>
                <w:color w:val="111111"/>
                <w:sz w:val="32"/>
              </w:rPr>
              <w:lastRenderedPageBreak/>
              <w:t>4</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364B3265" w14:textId="77777777" w:rsidR="00933AE3" w:rsidRDefault="00000000">
            <w:pPr>
              <w:spacing w:after="0" w:line="247" w:lineRule="auto"/>
            </w:pPr>
            <w:r>
              <w:rPr>
                <w:b/>
                <w:color w:val="FFFFFF"/>
                <w:sz w:val="26"/>
              </w:rPr>
              <w:t>TUTOR: HOW TO COMPLETE THE APPLICATION</w:t>
            </w:r>
          </w:p>
        </w:tc>
      </w:tr>
    </w:tbl>
    <w:p w14:paraId="0B6386B7" w14:textId="77777777" w:rsidR="00933AE3" w:rsidRDefault="00000000">
      <w:pPr>
        <w:spacing w:before="60" w:after="140" w:line="247" w:lineRule="auto"/>
      </w:pPr>
      <w:r>
        <w:rPr>
          <w:i/>
          <w:color w:val="6B6B6B"/>
          <w:sz w:val="19"/>
        </w:rPr>
        <w:t>Use this path if you want to volunteer as a tutor. You do not have to be a member of Alpha Phi Alpha Fraternity, Inc. All tutor applicants must complete ELMP training and risk-management requirements before they can be approved for matching.</w:t>
      </w:r>
    </w:p>
    <w:p w14:paraId="0433D78D" w14:textId="77777777" w:rsidR="00933AE3" w:rsidRDefault="00000000">
      <w:pPr>
        <w:spacing w:after="60" w:line="247" w:lineRule="auto"/>
      </w:pPr>
      <w:r>
        <w:rPr>
          <w:b/>
          <w:color w:val="111111"/>
          <w:sz w:val="21"/>
        </w:rPr>
        <w:t>BEFORE YOU START</w:t>
      </w:r>
    </w:p>
    <w:p w14:paraId="53E0F11F" w14:textId="501A1C99" w:rsidR="00933AE3" w:rsidRDefault="00000000">
      <w:pPr>
        <w:pStyle w:val="ListBullet"/>
        <w:spacing w:after="50" w:line="240" w:lineRule="auto"/>
      </w:pPr>
      <w:r>
        <w:rPr>
          <w:color w:val="111111"/>
        </w:rPr>
        <w:t>Complete the required ELMP Mentor Training</w:t>
      </w:r>
      <w:r w:rsidR="00BC3B4E">
        <w:rPr>
          <w:color w:val="111111"/>
        </w:rPr>
        <w:t xml:space="preserve"> Academy</w:t>
      </w:r>
      <w:r>
        <w:rPr>
          <w:color w:val="111111"/>
        </w:rPr>
        <w:t xml:space="preserve"> before applying.</w:t>
      </w:r>
    </w:p>
    <w:p w14:paraId="778F153D" w14:textId="77777777" w:rsidR="00933AE3" w:rsidRDefault="00000000">
      <w:pPr>
        <w:pStyle w:val="ListBullet"/>
        <w:spacing w:after="50" w:line="240" w:lineRule="auto"/>
      </w:pPr>
      <w:r>
        <w:rPr>
          <w:color w:val="111111"/>
        </w:rPr>
        <w:t>Have your ELMP Mentor Training certificate ready to upload as a PDF, JPG, JPEG, or PNG.</w:t>
      </w:r>
    </w:p>
    <w:p w14:paraId="472EC357" w14:textId="77777777" w:rsidR="00933AE3" w:rsidRDefault="00000000">
      <w:pPr>
        <w:pStyle w:val="ListBullet"/>
        <w:spacing w:after="50" w:line="240" w:lineRule="auto"/>
      </w:pPr>
      <w:r>
        <w:rPr>
          <w:color w:val="111111"/>
        </w:rPr>
        <w:t>Know the subject areas, specific classes or topics, and grade levels you are comfortable tutoring.</w:t>
      </w:r>
    </w:p>
    <w:p w14:paraId="6808B5F2" w14:textId="77777777" w:rsidR="00933AE3" w:rsidRDefault="00000000">
      <w:pPr>
        <w:pStyle w:val="ListBullet"/>
        <w:spacing w:after="50" w:line="240" w:lineRule="auto"/>
      </w:pPr>
      <w:r>
        <w:rPr>
          <w:color w:val="111111"/>
        </w:rPr>
        <w:t>Know your availability and tutoring preferences, and have the information requested for your qualifications and references ready.</w:t>
      </w:r>
    </w:p>
    <w:tbl>
      <w:tblPr>
        <w:tblW w:w="0" w:type="auto"/>
        <w:jc w:val="center"/>
        <w:tblLayout w:type="fixed"/>
        <w:tblLook w:val="04A0" w:firstRow="1" w:lastRow="0" w:firstColumn="1" w:lastColumn="0" w:noHBand="0" w:noVBand="1"/>
      </w:tblPr>
      <w:tblGrid>
        <w:gridCol w:w="10224"/>
      </w:tblGrid>
      <w:tr w:rsidR="00933AE3" w14:paraId="6E1523A9" w14:textId="77777777">
        <w:trPr>
          <w:jc w:val="center"/>
        </w:trPr>
        <w:tc>
          <w:tcPr>
            <w:tcW w:w="10224" w:type="dxa"/>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313900D9" w14:textId="77777777" w:rsidR="00933AE3" w:rsidRDefault="00000000">
            <w:pPr>
              <w:spacing w:after="40" w:line="247" w:lineRule="auto"/>
            </w:pPr>
            <w:r>
              <w:rPr>
                <w:b/>
                <w:color w:val="D0A128"/>
                <w:sz w:val="19"/>
              </w:rPr>
              <w:t>MANDATORY TRAINING GATE</w:t>
            </w:r>
          </w:p>
          <w:p w14:paraId="72E248F0" w14:textId="1F513929" w:rsidR="00933AE3" w:rsidRDefault="00000000">
            <w:pPr>
              <w:spacing w:after="0" w:line="240" w:lineRule="auto"/>
            </w:pPr>
            <w:r>
              <w:rPr>
                <w:color w:val="111111"/>
                <w:sz w:val="18"/>
              </w:rPr>
              <w:t>If you have not completed the ELMP Mentor Training Academy, you cannot continue the tutor application. Complete the training first, then return to the form. Uploading the certificate starts verification; approval also requires the NSOPW screening and completion of all required reference checks.</w:t>
            </w:r>
          </w:p>
        </w:tc>
      </w:tr>
    </w:tbl>
    <w:p w14:paraId="3C05E9A1" w14:textId="77777777" w:rsidR="00933AE3" w:rsidRDefault="00000000">
      <w:pPr>
        <w:spacing w:before="60" w:after="120" w:line="247" w:lineRule="auto"/>
      </w:pPr>
      <w:r>
        <w:rPr>
          <w:b/>
          <w:color w:val="111111"/>
          <w:sz w:val="19"/>
        </w:rPr>
        <w:t xml:space="preserve">Mentor Training: </w:t>
      </w:r>
      <w:hyperlink r:id="rId12">
        <w:r w:rsidR="00933AE3">
          <w:rPr>
            <w:b/>
            <w:color w:val="D0A128"/>
            <w:u w:val="single"/>
          </w:rPr>
          <w:t>www.a2ementortraining.org</w:t>
        </w:r>
      </w:hyperlink>
    </w:p>
    <w:p w14:paraId="49E09A3B" w14:textId="77777777" w:rsidR="00933AE3" w:rsidRDefault="00000000">
      <w:pPr>
        <w:spacing w:before="40" w:after="60" w:line="247" w:lineRule="auto"/>
      </w:pPr>
      <w:r>
        <w:rPr>
          <w:b/>
          <w:color w:val="111111"/>
          <w:sz w:val="21"/>
        </w:rPr>
        <w:t>WHAT YOU WILL COMPLETE</w:t>
      </w:r>
    </w:p>
    <w:tbl>
      <w:tblPr>
        <w:tblW w:w="10472" w:type="dxa"/>
        <w:jc w:val="center"/>
        <w:tblLayout w:type="fixed"/>
        <w:tblLook w:val="04A0" w:firstRow="1" w:lastRow="0" w:firstColumn="1" w:lastColumn="0" w:noHBand="0" w:noVBand="1"/>
      </w:tblPr>
      <w:tblGrid>
        <w:gridCol w:w="4588"/>
        <w:gridCol w:w="5799"/>
        <w:gridCol w:w="85"/>
      </w:tblGrid>
      <w:tr w:rsidR="00933AE3" w14:paraId="2600AA74" w14:textId="77777777" w:rsidTr="00AE595B">
        <w:trPr>
          <w:gridAfter w:val="1"/>
          <w:wAfter w:w="85" w:type="dxa"/>
          <w:trHeight w:val="207"/>
          <w:jc w:val="center"/>
        </w:trPr>
        <w:tc>
          <w:tcPr>
            <w:tcW w:w="4588" w:type="dxa"/>
            <w:shd w:val="clear" w:color="auto" w:fill="111111"/>
            <w:tcMar>
              <w:top w:w="80" w:type="dxa"/>
              <w:left w:w="100" w:type="dxa"/>
              <w:bottom w:w="80" w:type="dxa"/>
              <w:right w:w="100" w:type="dxa"/>
            </w:tcMar>
          </w:tcPr>
          <w:p w14:paraId="4889B3FB" w14:textId="77777777" w:rsidR="00933AE3" w:rsidRDefault="00000000">
            <w:pPr>
              <w:spacing w:after="0" w:line="247" w:lineRule="auto"/>
            </w:pPr>
            <w:r>
              <w:rPr>
                <w:b/>
                <w:color w:val="D0A128"/>
                <w:sz w:val="18"/>
              </w:rPr>
              <w:t>WHAT YOU WILL ENTER</w:t>
            </w:r>
          </w:p>
        </w:tc>
        <w:tc>
          <w:tcPr>
            <w:tcW w:w="5799" w:type="dxa"/>
            <w:shd w:val="clear" w:color="auto" w:fill="111111"/>
            <w:tcMar>
              <w:top w:w="80" w:type="dxa"/>
              <w:left w:w="100" w:type="dxa"/>
              <w:bottom w:w="80" w:type="dxa"/>
              <w:right w:w="100" w:type="dxa"/>
            </w:tcMar>
          </w:tcPr>
          <w:p w14:paraId="65CA8943" w14:textId="77777777" w:rsidR="00933AE3" w:rsidRDefault="00000000">
            <w:pPr>
              <w:spacing w:after="0" w:line="247" w:lineRule="auto"/>
            </w:pPr>
            <w:r>
              <w:rPr>
                <w:b/>
                <w:color w:val="D0A128"/>
                <w:sz w:val="18"/>
              </w:rPr>
              <w:t>WHY IT MATTERS</w:t>
            </w:r>
          </w:p>
        </w:tc>
      </w:tr>
      <w:tr w:rsidR="00933AE3" w14:paraId="6957CCF2" w14:textId="77777777" w:rsidTr="00AE595B">
        <w:trPr>
          <w:gridAfter w:val="1"/>
          <w:wAfter w:w="85" w:type="dxa"/>
          <w:trHeight w:val="424"/>
          <w:jc w:val="center"/>
        </w:trPr>
        <w:tc>
          <w:tcPr>
            <w:tcW w:w="4588"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0297F930" w14:textId="77777777" w:rsidR="00933AE3" w:rsidRDefault="00000000">
            <w:pPr>
              <w:spacing w:after="0" w:line="247" w:lineRule="auto"/>
            </w:pPr>
            <w:r>
              <w:rPr>
                <w:b/>
                <w:color w:val="111111"/>
                <w:sz w:val="18"/>
              </w:rPr>
              <w:t>Mentor training verification</w:t>
            </w:r>
          </w:p>
        </w:tc>
        <w:tc>
          <w:tcPr>
            <w:tcW w:w="5799"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1B3F6023" w14:textId="77777777" w:rsidR="00933AE3" w:rsidRDefault="00000000">
            <w:pPr>
              <w:spacing w:after="0" w:line="247" w:lineRule="auto"/>
            </w:pPr>
            <w:r>
              <w:rPr>
                <w:color w:val="111111"/>
                <w:sz w:val="18"/>
              </w:rPr>
              <w:t>Confirm completion, enter the completion date, and upload the actual ELMP Mentor Training certificate.</w:t>
            </w:r>
          </w:p>
        </w:tc>
      </w:tr>
      <w:tr w:rsidR="00933AE3" w14:paraId="6310ACCC" w14:textId="77777777" w:rsidTr="00AE595B">
        <w:trPr>
          <w:gridAfter w:val="1"/>
          <w:wAfter w:w="85" w:type="dxa"/>
          <w:trHeight w:val="424"/>
          <w:jc w:val="center"/>
        </w:trPr>
        <w:tc>
          <w:tcPr>
            <w:tcW w:w="4588"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685E5387" w14:textId="77777777" w:rsidR="00933AE3" w:rsidRDefault="00000000">
            <w:pPr>
              <w:spacing w:after="0" w:line="247" w:lineRule="auto"/>
            </w:pPr>
            <w:r>
              <w:rPr>
                <w:b/>
                <w:color w:val="111111"/>
                <w:sz w:val="18"/>
              </w:rPr>
              <w:t>Risk management acknowledgments</w:t>
            </w:r>
          </w:p>
        </w:tc>
        <w:tc>
          <w:tcPr>
            <w:tcW w:w="5799"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05B7464D" w14:textId="77777777" w:rsidR="00933AE3" w:rsidRDefault="00000000">
            <w:pPr>
              <w:spacing w:after="0" w:line="247" w:lineRule="auto"/>
            </w:pPr>
            <w:r>
              <w:rPr>
                <w:color w:val="111111"/>
                <w:sz w:val="18"/>
              </w:rPr>
              <w:t>Acknowledge approved communication practices, confidentiality, program expectations, youth-protection boundaries, and the required verification process.</w:t>
            </w:r>
          </w:p>
        </w:tc>
      </w:tr>
      <w:tr w:rsidR="00933AE3" w14:paraId="3A99107F" w14:textId="77777777" w:rsidTr="00AE595B">
        <w:trPr>
          <w:gridAfter w:val="1"/>
          <w:wAfter w:w="85" w:type="dxa"/>
          <w:trHeight w:val="424"/>
          <w:jc w:val="center"/>
        </w:trPr>
        <w:tc>
          <w:tcPr>
            <w:tcW w:w="4588"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11C1EA20" w14:textId="77777777" w:rsidR="00933AE3" w:rsidRDefault="00000000">
            <w:pPr>
              <w:spacing w:after="0" w:line="247" w:lineRule="auto"/>
            </w:pPr>
            <w:r>
              <w:rPr>
                <w:b/>
                <w:color w:val="111111"/>
                <w:sz w:val="18"/>
              </w:rPr>
              <w:t>Background and qualifications</w:t>
            </w:r>
          </w:p>
        </w:tc>
        <w:tc>
          <w:tcPr>
            <w:tcW w:w="5799"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573F8333" w14:textId="77777777" w:rsidR="00933AE3" w:rsidRDefault="00000000">
            <w:pPr>
              <w:spacing w:after="0" w:line="247" w:lineRule="auto"/>
            </w:pPr>
            <w:r>
              <w:rPr>
                <w:color w:val="111111"/>
                <w:sz w:val="18"/>
              </w:rPr>
              <w:t>Provide your current role or occupation, education or relevant credentials, tutoring/teaching experience, and any additional academic expertise requested by the form.</w:t>
            </w:r>
          </w:p>
        </w:tc>
      </w:tr>
      <w:tr w:rsidR="00933AE3" w14:paraId="41F5B942" w14:textId="77777777" w:rsidTr="00AE595B">
        <w:trPr>
          <w:gridAfter w:val="1"/>
          <w:wAfter w:w="85" w:type="dxa"/>
          <w:trHeight w:val="432"/>
          <w:jc w:val="center"/>
        </w:trPr>
        <w:tc>
          <w:tcPr>
            <w:tcW w:w="4588"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1D1AB13B" w14:textId="77777777" w:rsidR="00933AE3" w:rsidRDefault="00000000">
            <w:pPr>
              <w:spacing w:after="0" w:line="247" w:lineRule="auto"/>
            </w:pPr>
            <w:r>
              <w:rPr>
                <w:b/>
                <w:color w:val="111111"/>
                <w:sz w:val="18"/>
              </w:rPr>
              <w:t>Subject expertise and tutoring capability</w:t>
            </w:r>
          </w:p>
        </w:tc>
        <w:tc>
          <w:tcPr>
            <w:tcW w:w="5799"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240DD6CA" w14:textId="77777777" w:rsidR="00933AE3" w:rsidRDefault="00000000">
            <w:pPr>
              <w:spacing w:after="0" w:line="247" w:lineRule="auto"/>
            </w:pPr>
            <w:r>
              <w:rPr>
                <w:color w:val="111111"/>
                <w:sz w:val="18"/>
              </w:rPr>
              <w:t>Identify the subjects, classes, or academic topics you are prepared to tutor and the grade levels or course levels you can support. There is no fixed course list to select from.</w:t>
            </w:r>
          </w:p>
        </w:tc>
      </w:tr>
      <w:tr w:rsidR="00933AE3" w14:paraId="07B3B464" w14:textId="77777777" w:rsidTr="00AE595B">
        <w:trPr>
          <w:gridAfter w:val="1"/>
          <w:wAfter w:w="85" w:type="dxa"/>
          <w:trHeight w:val="424"/>
          <w:jc w:val="center"/>
        </w:trPr>
        <w:tc>
          <w:tcPr>
            <w:tcW w:w="4588"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0AD0E375" w14:textId="77777777" w:rsidR="00933AE3" w:rsidRDefault="00000000">
            <w:pPr>
              <w:spacing w:after="0" w:line="247" w:lineRule="auto"/>
            </w:pPr>
            <w:r>
              <w:rPr>
                <w:b/>
                <w:color w:val="111111"/>
                <w:sz w:val="18"/>
              </w:rPr>
              <w:t>Grade levels and format</w:t>
            </w:r>
          </w:p>
        </w:tc>
        <w:tc>
          <w:tcPr>
            <w:tcW w:w="5799"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0AB2C81D" w14:textId="000182CF" w:rsidR="00933AE3" w:rsidRDefault="00000000">
            <w:pPr>
              <w:spacing w:after="0" w:line="247" w:lineRule="auto"/>
            </w:pPr>
            <w:r>
              <w:rPr>
                <w:color w:val="111111"/>
                <w:sz w:val="18"/>
              </w:rPr>
              <w:t>Identify the student grade levels you can support and your preferred tutoring format, including online, approved in-person locations, or either when offered.</w:t>
            </w:r>
          </w:p>
        </w:tc>
      </w:tr>
      <w:tr w:rsidR="00933AE3" w14:paraId="7448A8AB" w14:textId="77777777" w:rsidTr="00AE595B">
        <w:trPr>
          <w:gridAfter w:val="1"/>
          <w:wAfter w:w="85" w:type="dxa"/>
          <w:trHeight w:val="424"/>
          <w:jc w:val="center"/>
        </w:trPr>
        <w:tc>
          <w:tcPr>
            <w:tcW w:w="4588"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141C081E" w14:textId="77777777" w:rsidR="00933AE3" w:rsidRDefault="00000000">
            <w:pPr>
              <w:spacing w:after="0" w:line="247" w:lineRule="auto"/>
            </w:pPr>
            <w:r>
              <w:rPr>
                <w:b/>
                <w:color w:val="111111"/>
                <w:sz w:val="18"/>
              </w:rPr>
              <w:t>Capacity and availability</w:t>
            </w:r>
          </w:p>
        </w:tc>
        <w:tc>
          <w:tcPr>
            <w:tcW w:w="5799" w:type="dxa"/>
            <w:tcBorders>
              <w:top w:val="single" w:sz="4" w:space="0" w:color="D9D9D9"/>
              <w:left w:val="single" w:sz="4" w:space="0" w:color="D9D9D9"/>
              <w:bottom w:val="single" w:sz="4" w:space="0" w:color="D9D9D9"/>
              <w:right w:val="single" w:sz="4" w:space="0" w:color="D9D9D9"/>
            </w:tcBorders>
            <w:shd w:val="clear" w:color="auto" w:fill="FAFAFA"/>
            <w:tcMar>
              <w:top w:w="70" w:type="dxa"/>
              <w:left w:w="100" w:type="dxa"/>
              <w:bottom w:w="70" w:type="dxa"/>
              <w:right w:w="100" w:type="dxa"/>
            </w:tcMar>
          </w:tcPr>
          <w:p w14:paraId="12702BB0" w14:textId="77777777" w:rsidR="00933AE3" w:rsidRDefault="00000000">
            <w:pPr>
              <w:spacing w:after="0" w:line="247" w:lineRule="auto"/>
            </w:pPr>
            <w:r>
              <w:rPr>
                <w:color w:val="111111"/>
                <w:sz w:val="18"/>
              </w:rPr>
              <w:t>Provide your availability, earliest start date, scheduling notes, and the number of students you can reasonably support when requested by the form.</w:t>
            </w:r>
          </w:p>
        </w:tc>
      </w:tr>
      <w:tr w:rsidR="00933AE3" w14:paraId="3F98CD50" w14:textId="77777777" w:rsidTr="00AE595B">
        <w:trPr>
          <w:gridAfter w:val="1"/>
          <w:wAfter w:w="85" w:type="dxa"/>
          <w:trHeight w:val="424"/>
          <w:jc w:val="center"/>
        </w:trPr>
        <w:tc>
          <w:tcPr>
            <w:tcW w:w="4588"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227BAEFF" w14:textId="77777777" w:rsidR="00933AE3" w:rsidRDefault="00000000">
            <w:pPr>
              <w:spacing w:after="0" w:line="247" w:lineRule="auto"/>
            </w:pPr>
            <w:r>
              <w:rPr>
                <w:b/>
                <w:color w:val="111111"/>
                <w:sz w:val="18"/>
              </w:rPr>
              <w:t>Reference information</w:t>
            </w:r>
          </w:p>
        </w:tc>
        <w:tc>
          <w:tcPr>
            <w:tcW w:w="5799" w:type="dxa"/>
            <w:tcBorders>
              <w:top w:val="single" w:sz="4" w:space="0" w:color="D9D9D9"/>
              <w:left w:val="single" w:sz="4" w:space="0" w:color="D9D9D9"/>
              <w:bottom w:val="single" w:sz="4" w:space="0" w:color="D9D9D9"/>
              <w:right w:val="single" w:sz="4" w:space="0" w:color="D9D9D9"/>
            </w:tcBorders>
            <w:tcMar>
              <w:top w:w="70" w:type="dxa"/>
              <w:left w:w="100" w:type="dxa"/>
              <w:bottom w:w="70" w:type="dxa"/>
              <w:right w:w="100" w:type="dxa"/>
            </w:tcMar>
          </w:tcPr>
          <w:p w14:paraId="7DF51E50" w14:textId="436FE00C" w:rsidR="00933AE3" w:rsidRDefault="00000000">
            <w:pPr>
              <w:spacing w:after="0" w:line="247" w:lineRule="auto"/>
            </w:pPr>
            <w:r>
              <w:rPr>
                <w:color w:val="111111"/>
                <w:sz w:val="18"/>
              </w:rPr>
              <w:t xml:space="preserve">Provide the reference information requested in the application. </w:t>
            </w:r>
            <w:r w:rsidR="0074122E">
              <w:rPr>
                <w:color w:val="111111"/>
                <w:sz w:val="18"/>
              </w:rPr>
              <w:t>We will check all submitted references</w:t>
            </w:r>
            <w:r>
              <w:rPr>
                <w:color w:val="111111"/>
                <w:sz w:val="18"/>
              </w:rPr>
              <w:t xml:space="preserve"> as part of tutor verification.</w:t>
            </w:r>
          </w:p>
        </w:tc>
      </w:tr>
      <w:tr w:rsidR="00933AE3" w14:paraId="1CF7D44D" w14:textId="77777777" w:rsidTr="00AE595B">
        <w:trPr>
          <w:trHeight w:val="683"/>
          <w:jc w:val="center"/>
        </w:trPr>
        <w:tc>
          <w:tcPr>
            <w:tcW w:w="10472" w:type="dxa"/>
            <w:gridSpan w:val="3"/>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64093F6A" w14:textId="77777777" w:rsidR="00933AE3" w:rsidRDefault="00000000">
            <w:pPr>
              <w:spacing w:after="40" w:line="247" w:lineRule="auto"/>
            </w:pPr>
            <w:r>
              <w:rPr>
                <w:b/>
                <w:color w:val="D0A128"/>
                <w:sz w:val="19"/>
              </w:rPr>
              <w:t>AFTER SUBMISSION</w:t>
            </w:r>
          </w:p>
          <w:p w14:paraId="51D2BF0A" w14:textId="01D14884" w:rsidR="00933AE3" w:rsidRDefault="00000000">
            <w:pPr>
              <w:spacing w:after="0" w:line="240" w:lineRule="auto"/>
            </w:pPr>
            <w:r>
              <w:rPr>
                <w:color w:val="111111"/>
                <w:sz w:val="18"/>
              </w:rPr>
              <w:t>Your application remains Pending Verification. ELMP Program Staff must verify your Mentor Training certificate, complete the NSOPW screening, and check all required references before your profile can become Approved / Active and eligible for matching.</w:t>
            </w:r>
          </w:p>
        </w:tc>
      </w:tr>
    </w:tbl>
    <w:p w14:paraId="6A985680"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52D563F9"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713B661B" w14:textId="77777777" w:rsidR="00933AE3" w:rsidRDefault="00000000">
            <w:pPr>
              <w:spacing w:after="0" w:line="247" w:lineRule="auto"/>
              <w:jc w:val="center"/>
            </w:pPr>
            <w:r>
              <w:rPr>
                <w:b/>
                <w:color w:val="111111"/>
                <w:sz w:val="32"/>
              </w:rPr>
              <w:lastRenderedPageBreak/>
              <w:t>5</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0EC91272" w14:textId="77777777" w:rsidR="00933AE3" w:rsidRDefault="00000000">
            <w:pPr>
              <w:spacing w:after="0" w:line="247" w:lineRule="auto"/>
            </w:pPr>
            <w:r>
              <w:rPr>
                <w:b/>
                <w:color w:val="FFFFFF"/>
                <w:sz w:val="26"/>
              </w:rPr>
              <w:t>WHAT HAPPENS AFTER YOU SUBMIT</w:t>
            </w:r>
          </w:p>
        </w:tc>
      </w:tr>
    </w:tbl>
    <w:p w14:paraId="5F692903" w14:textId="40A3CE08" w:rsidR="00933AE3" w:rsidRDefault="00000000">
      <w:pPr>
        <w:spacing w:before="60" w:after="140" w:line="247" w:lineRule="auto"/>
      </w:pPr>
      <w:r>
        <w:rPr>
          <w:i/>
          <w:color w:val="6B6B6B"/>
          <w:sz w:val="19"/>
        </w:rPr>
        <w:t xml:space="preserve">Students and tutors receive confirmation, but </w:t>
      </w:r>
      <w:r w:rsidR="00F77C3A">
        <w:rPr>
          <w:i/>
          <w:color w:val="6B6B6B"/>
          <w:sz w:val="19"/>
        </w:rPr>
        <w:t>ELMP Program Staff controls the actual match</w:t>
      </w:r>
      <w:r>
        <w:rPr>
          <w:i/>
          <w:color w:val="6B6B6B"/>
          <w:sz w:val="19"/>
        </w:rPr>
        <w:t>.</w:t>
      </w:r>
    </w:p>
    <w:p w14:paraId="605744F6" w14:textId="77777777" w:rsidR="00933AE3" w:rsidRDefault="00000000">
      <w:pPr>
        <w:spacing w:after="40" w:line="247" w:lineRule="auto"/>
      </w:pPr>
      <w:r>
        <w:rPr>
          <w:b/>
          <w:color w:val="D0A128"/>
          <w:sz w:val="21"/>
        </w:rPr>
        <w:t>STUDENT REQUEST</w:t>
      </w:r>
    </w:p>
    <w:tbl>
      <w:tblPr>
        <w:tblW w:w="0" w:type="auto"/>
        <w:jc w:val="center"/>
        <w:tblLayout w:type="fixed"/>
        <w:tblLook w:val="04A0" w:firstRow="1" w:lastRow="0" w:firstColumn="1" w:lastColumn="0" w:noHBand="0" w:noVBand="1"/>
      </w:tblPr>
      <w:tblGrid>
        <w:gridCol w:w="792"/>
        <w:gridCol w:w="2520"/>
        <w:gridCol w:w="6912"/>
      </w:tblGrid>
      <w:tr w:rsidR="00933AE3" w14:paraId="74F083B9"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0EFD684A" w14:textId="77777777" w:rsidR="00933AE3" w:rsidRDefault="00000000">
            <w:pPr>
              <w:spacing w:after="0" w:line="247" w:lineRule="auto"/>
              <w:jc w:val="center"/>
            </w:pPr>
            <w:r>
              <w:rPr>
                <w:b/>
                <w:color w:val="111111"/>
                <w:sz w:val="21"/>
              </w:rPr>
              <w:t>1</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2A9686F9" w14:textId="77777777" w:rsidR="00933AE3" w:rsidRDefault="00000000">
            <w:pPr>
              <w:spacing w:after="0" w:line="247" w:lineRule="auto"/>
            </w:pPr>
            <w:r>
              <w:rPr>
                <w:b/>
                <w:color w:val="111111"/>
                <w:sz w:val="18"/>
              </w:rPr>
              <w:t>Request received</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6BC4B8C0" w14:textId="77777777" w:rsidR="00933AE3" w:rsidRDefault="00000000">
            <w:pPr>
              <w:spacing w:after="0" w:line="247" w:lineRule="auto"/>
            </w:pPr>
            <w:r>
              <w:rPr>
                <w:color w:val="111111"/>
                <w:sz w:val="18"/>
              </w:rPr>
              <w:t>Program staff receives the student request and parent/guardian contact information.</w:t>
            </w:r>
          </w:p>
        </w:tc>
      </w:tr>
      <w:tr w:rsidR="00933AE3" w14:paraId="627EB5D8"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9FA58A7" w14:textId="77777777" w:rsidR="00933AE3" w:rsidRDefault="00000000">
            <w:pPr>
              <w:spacing w:after="0" w:line="247" w:lineRule="auto"/>
              <w:jc w:val="center"/>
            </w:pPr>
            <w:r>
              <w:rPr>
                <w:b/>
                <w:color w:val="111111"/>
                <w:sz w:val="21"/>
              </w:rPr>
              <w:t>2</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2427CFAB" w14:textId="77777777" w:rsidR="00933AE3" w:rsidRDefault="00000000">
            <w:pPr>
              <w:spacing w:after="0" w:line="247" w:lineRule="auto"/>
            </w:pPr>
            <w:r>
              <w:rPr>
                <w:b/>
                <w:color w:val="111111"/>
                <w:sz w:val="18"/>
              </w:rPr>
              <w:t>Need reviewed</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26569429" w14:textId="77777777" w:rsidR="00933AE3" w:rsidRDefault="00000000">
            <w:pPr>
              <w:spacing w:after="0" w:line="247" w:lineRule="auto"/>
            </w:pPr>
            <w:r>
              <w:rPr>
                <w:color w:val="111111"/>
                <w:sz w:val="18"/>
              </w:rPr>
              <w:t>Staff confirms the subject or class need, grade/course level when applicable, current topic, urgency, preferred format, and availability.</w:t>
            </w:r>
          </w:p>
        </w:tc>
      </w:tr>
      <w:tr w:rsidR="00933AE3" w14:paraId="6B9A3AB6"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32130E37" w14:textId="77777777" w:rsidR="00933AE3" w:rsidRDefault="00000000">
            <w:pPr>
              <w:spacing w:after="0" w:line="247" w:lineRule="auto"/>
              <w:jc w:val="center"/>
            </w:pPr>
            <w:r>
              <w:rPr>
                <w:b/>
                <w:color w:val="111111"/>
                <w:sz w:val="21"/>
              </w:rPr>
              <w:t>3</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2015194B" w14:textId="77777777" w:rsidR="00933AE3" w:rsidRDefault="00000000">
            <w:pPr>
              <w:spacing w:after="0" w:line="247" w:lineRule="auto"/>
            </w:pPr>
            <w:r>
              <w:rPr>
                <w:b/>
                <w:color w:val="111111"/>
                <w:sz w:val="18"/>
              </w:rPr>
              <w:t>Approved tutors reviewed</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64780665" w14:textId="6742C51C" w:rsidR="00933AE3" w:rsidRDefault="00000000">
            <w:pPr>
              <w:spacing w:after="0" w:line="247" w:lineRule="auto"/>
            </w:pPr>
            <w:r>
              <w:rPr>
                <w:color w:val="111111"/>
                <w:sz w:val="18"/>
              </w:rPr>
              <w:t xml:space="preserve">Only </w:t>
            </w:r>
            <w:r w:rsidR="00F77C3A">
              <w:rPr>
                <w:color w:val="111111"/>
                <w:sz w:val="18"/>
              </w:rPr>
              <w:t xml:space="preserve">Approved/Active tutors </w:t>
            </w:r>
            <w:r>
              <w:rPr>
                <w:color w:val="111111"/>
                <w:sz w:val="18"/>
              </w:rPr>
              <w:t>are considered.</w:t>
            </w:r>
          </w:p>
        </w:tc>
      </w:tr>
      <w:tr w:rsidR="00933AE3" w14:paraId="49904B37"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16CB5926" w14:textId="77777777" w:rsidR="00933AE3" w:rsidRDefault="00000000">
            <w:pPr>
              <w:spacing w:after="0" w:line="247" w:lineRule="auto"/>
              <w:jc w:val="center"/>
            </w:pPr>
            <w:r>
              <w:rPr>
                <w:b/>
                <w:color w:val="111111"/>
                <w:sz w:val="21"/>
              </w:rPr>
              <w:t>4</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1227B231" w14:textId="77777777" w:rsidR="00933AE3" w:rsidRDefault="00000000">
            <w:pPr>
              <w:spacing w:after="0" w:line="247" w:lineRule="auto"/>
            </w:pPr>
            <w:r>
              <w:rPr>
                <w:b/>
                <w:color w:val="111111"/>
                <w:sz w:val="18"/>
              </w:rPr>
              <w:t>Proposed match</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17EBBBCC" w14:textId="77777777" w:rsidR="00933AE3" w:rsidRDefault="00000000">
            <w:pPr>
              <w:spacing w:after="0" w:line="247" w:lineRule="auto"/>
            </w:pPr>
            <w:r>
              <w:rPr>
                <w:color w:val="111111"/>
                <w:sz w:val="18"/>
              </w:rPr>
              <w:t>Staff identifies the best available tutor and proposed schedule.</w:t>
            </w:r>
          </w:p>
        </w:tc>
      </w:tr>
      <w:tr w:rsidR="00933AE3" w14:paraId="73B5A898"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3FA2491C" w14:textId="77777777" w:rsidR="00933AE3" w:rsidRDefault="00000000">
            <w:pPr>
              <w:spacing w:after="0" w:line="247" w:lineRule="auto"/>
              <w:jc w:val="center"/>
            </w:pPr>
            <w:r>
              <w:rPr>
                <w:b/>
                <w:color w:val="111111"/>
                <w:sz w:val="21"/>
              </w:rPr>
              <w:t>5</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4FDB7FA0" w14:textId="77777777" w:rsidR="00933AE3" w:rsidRDefault="00000000">
            <w:pPr>
              <w:spacing w:after="0" w:line="247" w:lineRule="auto"/>
            </w:pPr>
            <w:r>
              <w:rPr>
                <w:b/>
                <w:color w:val="111111"/>
                <w:sz w:val="18"/>
              </w:rPr>
              <w:t>Parent and staff notified</w:t>
            </w:r>
          </w:p>
        </w:tc>
        <w:tc>
          <w:tcPr>
            <w:tcW w:w="6912"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32BC0FC4" w14:textId="52294AA8" w:rsidR="00933AE3" w:rsidRDefault="00000000">
            <w:pPr>
              <w:spacing w:after="0" w:line="247" w:lineRule="auto"/>
            </w:pPr>
            <w:r>
              <w:rPr>
                <w:color w:val="111111"/>
                <w:sz w:val="18"/>
              </w:rPr>
              <w:t xml:space="preserve">The parent/guardian and ELMP Program Staff are notified before </w:t>
            </w:r>
            <w:r w:rsidR="00F77C3A">
              <w:rPr>
                <w:color w:val="111111"/>
                <w:sz w:val="18"/>
              </w:rPr>
              <w:t>releasing the connection</w:t>
            </w:r>
            <w:r>
              <w:rPr>
                <w:color w:val="111111"/>
                <w:sz w:val="18"/>
              </w:rPr>
              <w:t>.</w:t>
            </w:r>
          </w:p>
        </w:tc>
      </w:tr>
      <w:tr w:rsidR="00933AE3" w14:paraId="0DD77DB5"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1B11B99F" w14:textId="77777777" w:rsidR="00933AE3" w:rsidRDefault="00000000">
            <w:pPr>
              <w:spacing w:after="0" w:line="247" w:lineRule="auto"/>
              <w:jc w:val="center"/>
            </w:pPr>
            <w:r>
              <w:rPr>
                <w:b/>
                <w:color w:val="111111"/>
                <w:sz w:val="21"/>
              </w:rPr>
              <w:t>6</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120AB98B" w14:textId="77777777" w:rsidR="00933AE3" w:rsidRDefault="00000000">
            <w:pPr>
              <w:spacing w:after="0" w:line="247" w:lineRule="auto"/>
            </w:pPr>
            <w:r>
              <w:rPr>
                <w:b/>
                <w:color w:val="111111"/>
                <w:sz w:val="18"/>
              </w:rPr>
              <w:t>Connection released</w:t>
            </w:r>
          </w:p>
        </w:tc>
        <w:tc>
          <w:tcPr>
            <w:tcW w:w="6912"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407CC67D" w14:textId="77777777" w:rsidR="00933AE3" w:rsidRDefault="00000000">
            <w:pPr>
              <w:spacing w:after="0" w:line="247" w:lineRule="auto"/>
            </w:pPr>
            <w:r>
              <w:rPr>
                <w:color w:val="111111"/>
                <w:sz w:val="18"/>
              </w:rPr>
              <w:t>After tutor verification and required parent/program notification are complete, the tutor and family receive approved next steps.</w:t>
            </w:r>
          </w:p>
        </w:tc>
      </w:tr>
    </w:tbl>
    <w:p w14:paraId="1EFE497F" w14:textId="77777777" w:rsidR="00933AE3" w:rsidRDefault="00000000">
      <w:pPr>
        <w:spacing w:before="140" w:after="40" w:line="247" w:lineRule="auto"/>
      </w:pPr>
      <w:r>
        <w:rPr>
          <w:b/>
          <w:color w:val="D0A128"/>
          <w:sz w:val="21"/>
        </w:rPr>
        <w:t>TUTOR APPLICATION</w:t>
      </w:r>
    </w:p>
    <w:tbl>
      <w:tblPr>
        <w:tblW w:w="0" w:type="auto"/>
        <w:jc w:val="center"/>
        <w:tblLayout w:type="fixed"/>
        <w:tblLook w:val="04A0" w:firstRow="1" w:lastRow="0" w:firstColumn="1" w:lastColumn="0" w:noHBand="0" w:noVBand="1"/>
      </w:tblPr>
      <w:tblGrid>
        <w:gridCol w:w="792"/>
        <w:gridCol w:w="2520"/>
        <w:gridCol w:w="6912"/>
        <w:gridCol w:w="60"/>
      </w:tblGrid>
      <w:tr w:rsidR="00933AE3" w14:paraId="7A34202D"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1C563E38" w14:textId="77777777" w:rsidR="00933AE3" w:rsidRDefault="00000000">
            <w:pPr>
              <w:spacing w:after="0" w:line="247" w:lineRule="auto"/>
              <w:jc w:val="center"/>
            </w:pPr>
            <w:r>
              <w:rPr>
                <w:b/>
                <w:color w:val="111111"/>
                <w:sz w:val="21"/>
              </w:rPr>
              <w:t>1</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339D9CD9" w14:textId="77777777" w:rsidR="00933AE3" w:rsidRDefault="00000000">
            <w:pPr>
              <w:spacing w:after="0" w:line="247" w:lineRule="auto"/>
            </w:pPr>
            <w:r>
              <w:rPr>
                <w:b/>
                <w:color w:val="111111"/>
                <w:sz w:val="18"/>
              </w:rPr>
              <w:t>Application received</w:t>
            </w:r>
          </w:p>
        </w:tc>
        <w:tc>
          <w:tcPr>
            <w:tcW w:w="6912" w:type="dxa"/>
            <w:gridSpan w:val="2"/>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4096F4A4" w14:textId="77777777" w:rsidR="00933AE3" w:rsidRDefault="00000000">
            <w:pPr>
              <w:spacing w:after="0" w:line="247" w:lineRule="auto"/>
            </w:pPr>
            <w:r>
              <w:rPr>
                <w:color w:val="111111"/>
                <w:sz w:val="18"/>
              </w:rPr>
              <w:t>Program staff receives the tutor application, Mentor Training certificate, qualifications, availability, and reference information provided through the form.</w:t>
            </w:r>
          </w:p>
        </w:tc>
      </w:tr>
      <w:tr w:rsidR="00933AE3" w14:paraId="4AC4B9A3"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3CC34E11" w14:textId="77777777" w:rsidR="00933AE3" w:rsidRDefault="00000000">
            <w:pPr>
              <w:spacing w:after="0" w:line="247" w:lineRule="auto"/>
              <w:jc w:val="center"/>
            </w:pPr>
            <w:r>
              <w:rPr>
                <w:b/>
                <w:color w:val="111111"/>
                <w:sz w:val="21"/>
              </w:rPr>
              <w:t>2</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2B96B56C" w14:textId="77777777" w:rsidR="00933AE3" w:rsidRDefault="00000000">
            <w:pPr>
              <w:spacing w:after="0" w:line="247" w:lineRule="auto"/>
            </w:pPr>
            <w:r>
              <w:rPr>
                <w:b/>
                <w:color w:val="111111"/>
                <w:sz w:val="18"/>
              </w:rPr>
              <w:t>Training verified</w:t>
            </w:r>
          </w:p>
        </w:tc>
        <w:tc>
          <w:tcPr>
            <w:tcW w:w="6912" w:type="dxa"/>
            <w:gridSpan w:val="2"/>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4FBAC281" w14:textId="77777777" w:rsidR="00933AE3" w:rsidRDefault="00000000">
            <w:pPr>
              <w:spacing w:after="0" w:line="247" w:lineRule="auto"/>
            </w:pPr>
            <w:r>
              <w:rPr>
                <w:color w:val="111111"/>
                <w:sz w:val="18"/>
              </w:rPr>
              <w:t>Staff verifies the ELMP Mentor Training completion record and uploaded certificate.</w:t>
            </w:r>
          </w:p>
        </w:tc>
      </w:tr>
      <w:tr w:rsidR="00933AE3" w14:paraId="754376FD"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781275D5" w14:textId="77777777" w:rsidR="00933AE3" w:rsidRDefault="00000000">
            <w:pPr>
              <w:spacing w:after="0" w:line="247" w:lineRule="auto"/>
              <w:jc w:val="center"/>
            </w:pPr>
            <w:r>
              <w:rPr>
                <w:b/>
                <w:color w:val="111111"/>
                <w:sz w:val="21"/>
              </w:rPr>
              <w:t>3</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773F617D" w14:textId="77777777" w:rsidR="00933AE3" w:rsidRDefault="00000000">
            <w:pPr>
              <w:spacing w:after="0" w:line="247" w:lineRule="auto"/>
            </w:pPr>
            <w:r>
              <w:rPr>
                <w:b/>
                <w:color w:val="111111"/>
                <w:sz w:val="18"/>
              </w:rPr>
              <w:t>NSOPW screening completed</w:t>
            </w:r>
          </w:p>
        </w:tc>
        <w:tc>
          <w:tcPr>
            <w:tcW w:w="6912" w:type="dxa"/>
            <w:gridSpan w:val="2"/>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558BF504" w14:textId="534B2986" w:rsidR="00933AE3" w:rsidRDefault="00F77C3A">
            <w:pPr>
              <w:spacing w:after="0" w:line="247" w:lineRule="auto"/>
            </w:pPr>
            <w:r>
              <w:rPr>
                <w:color w:val="111111"/>
                <w:sz w:val="18"/>
              </w:rPr>
              <w:t>Staff completes and documents the required NSOPW screening.</w:t>
            </w:r>
          </w:p>
        </w:tc>
      </w:tr>
      <w:tr w:rsidR="00933AE3" w14:paraId="023B8A26"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3838AE43" w14:textId="77777777" w:rsidR="00933AE3" w:rsidRDefault="00000000">
            <w:pPr>
              <w:spacing w:after="0" w:line="247" w:lineRule="auto"/>
              <w:jc w:val="center"/>
            </w:pPr>
            <w:r>
              <w:rPr>
                <w:b/>
                <w:color w:val="111111"/>
                <w:sz w:val="21"/>
              </w:rPr>
              <w:t>4</w:t>
            </w:r>
          </w:p>
        </w:tc>
        <w:tc>
          <w:tcPr>
            <w:tcW w:w="2520" w:type="dxa"/>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71821EF9" w14:textId="77777777" w:rsidR="00933AE3" w:rsidRDefault="00000000">
            <w:pPr>
              <w:spacing w:after="0" w:line="247" w:lineRule="auto"/>
            </w:pPr>
            <w:r>
              <w:rPr>
                <w:b/>
                <w:color w:val="111111"/>
                <w:sz w:val="18"/>
              </w:rPr>
              <w:t>References checked</w:t>
            </w:r>
          </w:p>
        </w:tc>
        <w:tc>
          <w:tcPr>
            <w:tcW w:w="6912" w:type="dxa"/>
            <w:gridSpan w:val="2"/>
            <w:tcBorders>
              <w:top w:val="single" w:sz="4" w:space="0" w:color="DDDDDD"/>
              <w:left w:val="single" w:sz="4" w:space="0" w:color="DDDDDD"/>
              <w:bottom w:val="single" w:sz="4" w:space="0" w:color="DDDDDD"/>
              <w:right w:val="single" w:sz="4" w:space="0" w:color="DDDDDD"/>
            </w:tcBorders>
            <w:tcMar>
              <w:top w:w="75" w:type="dxa"/>
              <w:left w:w="90" w:type="dxa"/>
              <w:bottom w:w="75" w:type="dxa"/>
              <w:right w:w="90" w:type="dxa"/>
            </w:tcMar>
            <w:vAlign w:val="center"/>
          </w:tcPr>
          <w:p w14:paraId="27EB201C" w14:textId="20D46D4F" w:rsidR="00933AE3" w:rsidRDefault="0074122E">
            <w:pPr>
              <w:spacing w:after="0" w:line="247" w:lineRule="auto"/>
            </w:pPr>
            <w:r>
              <w:rPr>
                <w:color w:val="111111"/>
                <w:sz w:val="18"/>
              </w:rPr>
              <w:t>Staff contacts and checks all required references</w:t>
            </w:r>
            <w:r w:rsidR="00000000">
              <w:rPr>
                <w:color w:val="111111"/>
                <w:sz w:val="18"/>
              </w:rPr>
              <w:t xml:space="preserve"> before approval.</w:t>
            </w:r>
          </w:p>
        </w:tc>
      </w:tr>
      <w:tr w:rsidR="00933AE3" w14:paraId="0E9727A9" w14:textId="77777777">
        <w:trPr>
          <w:jc w:val="center"/>
        </w:trPr>
        <w:tc>
          <w:tcPr>
            <w:tcW w:w="792" w:type="dxa"/>
            <w:tcBorders>
              <w:top w:val="single" w:sz="4" w:space="0" w:color="DDDDDD"/>
              <w:left w:val="single" w:sz="4" w:space="0" w:color="DDDDDD"/>
              <w:bottom w:val="single" w:sz="4" w:space="0" w:color="DDDDDD"/>
              <w:right w:val="single" w:sz="4" w:space="0" w:color="DDDDDD"/>
            </w:tcBorders>
            <w:shd w:val="clear" w:color="auto" w:fill="D0A128"/>
            <w:tcMar>
              <w:top w:w="75" w:type="dxa"/>
              <w:left w:w="90" w:type="dxa"/>
              <w:bottom w:w="75" w:type="dxa"/>
              <w:right w:w="90" w:type="dxa"/>
            </w:tcMar>
            <w:vAlign w:val="center"/>
          </w:tcPr>
          <w:p w14:paraId="412F7B38" w14:textId="77777777" w:rsidR="00933AE3" w:rsidRDefault="00000000">
            <w:pPr>
              <w:spacing w:after="0" w:line="247" w:lineRule="auto"/>
              <w:jc w:val="center"/>
            </w:pPr>
            <w:r>
              <w:rPr>
                <w:b/>
                <w:color w:val="111111"/>
                <w:sz w:val="21"/>
              </w:rPr>
              <w:t>5</w:t>
            </w:r>
          </w:p>
        </w:tc>
        <w:tc>
          <w:tcPr>
            <w:tcW w:w="2520" w:type="dxa"/>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5596DBA7" w14:textId="77777777" w:rsidR="00933AE3" w:rsidRDefault="00000000">
            <w:pPr>
              <w:spacing w:after="0" w:line="247" w:lineRule="auto"/>
            </w:pPr>
            <w:r>
              <w:rPr>
                <w:b/>
                <w:color w:val="111111"/>
                <w:sz w:val="18"/>
              </w:rPr>
              <w:t>Tutor approved / eligible</w:t>
            </w:r>
          </w:p>
        </w:tc>
        <w:tc>
          <w:tcPr>
            <w:tcW w:w="6912" w:type="dxa"/>
            <w:gridSpan w:val="2"/>
            <w:tcBorders>
              <w:top w:val="single" w:sz="4" w:space="0" w:color="DDDDDD"/>
              <w:left w:val="single" w:sz="4" w:space="0" w:color="DDDDDD"/>
              <w:bottom w:val="single" w:sz="4" w:space="0" w:color="DDDDDD"/>
              <w:right w:val="single" w:sz="4" w:space="0" w:color="DDDDDD"/>
            </w:tcBorders>
            <w:shd w:val="clear" w:color="auto" w:fill="FAFAFA"/>
            <w:tcMar>
              <w:top w:w="75" w:type="dxa"/>
              <w:left w:w="90" w:type="dxa"/>
              <w:bottom w:w="75" w:type="dxa"/>
              <w:right w:w="90" w:type="dxa"/>
            </w:tcMar>
            <w:vAlign w:val="center"/>
          </w:tcPr>
          <w:p w14:paraId="17756B04" w14:textId="4F66B394" w:rsidR="00933AE3" w:rsidRDefault="00000000">
            <w:pPr>
              <w:spacing w:after="0" w:line="247" w:lineRule="auto"/>
            </w:pPr>
            <w:r>
              <w:rPr>
                <w:color w:val="111111"/>
                <w:sz w:val="18"/>
              </w:rPr>
              <w:t xml:space="preserve">After </w:t>
            </w:r>
            <w:r w:rsidR="0074122E">
              <w:rPr>
                <w:color w:val="111111"/>
                <w:sz w:val="18"/>
              </w:rPr>
              <w:t>completing all verification steps</w:t>
            </w:r>
            <w:r>
              <w:rPr>
                <w:color w:val="111111"/>
                <w:sz w:val="18"/>
              </w:rPr>
              <w:t>, staff may mark the tutor Approved / Active and consider the tutor for requests that fit the tutor's subject expertise and availability.</w:t>
            </w:r>
          </w:p>
        </w:tc>
      </w:tr>
      <w:tr w:rsidR="00933AE3" w14:paraId="5A9F2BB1" w14:textId="77777777">
        <w:trPr>
          <w:gridAfter w:val="1"/>
          <w:wAfter w:w="60" w:type="dxa"/>
          <w:jc w:val="center"/>
        </w:trPr>
        <w:tc>
          <w:tcPr>
            <w:tcW w:w="10224" w:type="dxa"/>
            <w:gridSpan w:val="3"/>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57D94281" w14:textId="77777777" w:rsidR="00933AE3" w:rsidRDefault="00000000">
            <w:pPr>
              <w:spacing w:after="40" w:line="247" w:lineRule="auto"/>
            </w:pPr>
            <w:r>
              <w:rPr>
                <w:b/>
                <w:color w:val="D0A128"/>
                <w:sz w:val="19"/>
              </w:rPr>
              <w:t>COMMUNICATION RULE</w:t>
            </w:r>
          </w:p>
          <w:p w14:paraId="44D92CF9" w14:textId="6ADC43D1" w:rsidR="00933AE3" w:rsidRDefault="00000000">
            <w:pPr>
              <w:spacing w:after="0" w:line="240" w:lineRule="auto"/>
            </w:pPr>
            <w:r>
              <w:rPr>
                <w:color w:val="111111"/>
                <w:sz w:val="18"/>
              </w:rPr>
              <w:t xml:space="preserve">For minor students, the tutoring process should not depend on private </w:t>
            </w:r>
            <w:r w:rsidR="000B7C87">
              <w:rPr>
                <w:color w:val="111111"/>
                <w:sz w:val="18"/>
              </w:rPr>
              <w:t>one-to-one student-tutor</w:t>
            </w:r>
            <w:r>
              <w:rPr>
                <w:color w:val="111111"/>
                <w:sz w:val="18"/>
              </w:rPr>
              <w:t xml:space="preserve"> messaging. Parent/guardian and approved program communication channels remain involved as directed by ELMP Program Staff.</w:t>
            </w:r>
          </w:p>
        </w:tc>
      </w:tr>
    </w:tbl>
    <w:p w14:paraId="275BF9F9"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1167B951"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0E9182AD" w14:textId="77777777" w:rsidR="00933AE3" w:rsidRDefault="00000000">
            <w:pPr>
              <w:spacing w:after="0" w:line="247" w:lineRule="auto"/>
              <w:jc w:val="center"/>
            </w:pPr>
            <w:r>
              <w:rPr>
                <w:b/>
                <w:color w:val="111111"/>
                <w:sz w:val="32"/>
              </w:rPr>
              <w:lastRenderedPageBreak/>
              <w:t>6</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7F4EE9AE" w14:textId="77777777" w:rsidR="00933AE3" w:rsidRDefault="00000000">
            <w:pPr>
              <w:spacing w:after="0" w:line="247" w:lineRule="auto"/>
            </w:pPr>
            <w:r>
              <w:rPr>
                <w:b/>
                <w:color w:val="FFFFFF"/>
                <w:sz w:val="26"/>
              </w:rPr>
              <w:t>TUTORING SESSIONS AND TIME EXPECTATIONS</w:t>
            </w:r>
          </w:p>
        </w:tc>
      </w:tr>
    </w:tbl>
    <w:p w14:paraId="533D0AB4" w14:textId="77777777" w:rsidR="00933AE3" w:rsidRDefault="00000000">
      <w:pPr>
        <w:spacing w:before="60" w:after="140" w:line="247" w:lineRule="auto"/>
      </w:pPr>
      <w:r>
        <w:rPr>
          <w:i/>
          <w:color w:val="6B6B6B"/>
          <w:sz w:val="19"/>
        </w:rPr>
        <w:t>The form allows flexible support while still creating clear expectations for students, families, and tutors.</w:t>
      </w:r>
    </w:p>
    <w:tbl>
      <w:tblPr>
        <w:tblW w:w="0" w:type="auto"/>
        <w:jc w:val="center"/>
        <w:tblLayout w:type="fixed"/>
        <w:tblLook w:val="04A0" w:firstRow="1" w:lastRow="0" w:firstColumn="1" w:lastColumn="0" w:noHBand="0" w:noVBand="1"/>
      </w:tblPr>
      <w:tblGrid>
        <w:gridCol w:w="5112"/>
        <w:gridCol w:w="5112"/>
      </w:tblGrid>
      <w:tr w:rsidR="00933AE3" w14:paraId="7ADDEB80" w14:textId="77777777">
        <w:trPr>
          <w:jc w:val="center"/>
        </w:trPr>
        <w:tc>
          <w:tcPr>
            <w:tcW w:w="5112" w:type="dxa"/>
            <w:tcBorders>
              <w:top w:val="single" w:sz="6" w:space="0" w:color="D9D9D9"/>
              <w:left w:val="single" w:sz="6" w:space="0" w:color="D9D9D9"/>
              <w:bottom w:val="single" w:sz="6" w:space="0" w:color="D9D9D9"/>
              <w:right w:val="single" w:sz="6" w:space="0" w:color="D9D9D9"/>
            </w:tcBorders>
            <w:shd w:val="clear" w:color="auto" w:fill="F7F0DC"/>
            <w:tcMar>
              <w:top w:w="110" w:type="dxa"/>
              <w:left w:w="130" w:type="dxa"/>
              <w:bottom w:w="110" w:type="dxa"/>
              <w:right w:w="130" w:type="dxa"/>
            </w:tcMar>
          </w:tcPr>
          <w:p w14:paraId="67D070A8" w14:textId="77777777" w:rsidR="00933AE3" w:rsidRDefault="00000000">
            <w:pPr>
              <w:spacing w:after="80" w:line="247" w:lineRule="auto"/>
            </w:pPr>
            <w:r>
              <w:rPr>
                <w:b/>
                <w:color w:val="111111"/>
              </w:rPr>
              <w:t>SESSION OPTIONS</w:t>
            </w:r>
          </w:p>
          <w:p w14:paraId="427ED1FF" w14:textId="0DB12055" w:rsidR="00933AE3" w:rsidRDefault="000B7C87">
            <w:pPr>
              <w:pStyle w:val="ListBullet"/>
              <w:spacing w:after="40" w:line="240" w:lineRule="auto"/>
            </w:pPr>
            <w:r>
              <w:rPr>
                <w:color w:val="111111"/>
                <w:sz w:val="18"/>
              </w:rPr>
              <w:t>30-minute session</w:t>
            </w:r>
          </w:p>
          <w:p w14:paraId="164AEBDF" w14:textId="1CA1FC24" w:rsidR="00933AE3" w:rsidRDefault="000B7C87">
            <w:pPr>
              <w:pStyle w:val="ListBullet"/>
              <w:spacing w:after="40" w:line="240" w:lineRule="auto"/>
            </w:pPr>
            <w:r>
              <w:rPr>
                <w:color w:val="111111"/>
                <w:sz w:val="18"/>
              </w:rPr>
              <w:t>45-minute session</w:t>
            </w:r>
          </w:p>
          <w:p w14:paraId="53478162" w14:textId="38FAF0AD" w:rsidR="00933AE3" w:rsidRDefault="000B7C87">
            <w:pPr>
              <w:pStyle w:val="ListBullet"/>
              <w:spacing w:after="40" w:line="240" w:lineRule="auto"/>
            </w:pPr>
            <w:r>
              <w:rPr>
                <w:color w:val="111111"/>
                <w:sz w:val="18"/>
              </w:rPr>
              <w:t>60-minute session</w:t>
            </w:r>
          </w:p>
          <w:p w14:paraId="793B6F5B" w14:textId="4A8256CA" w:rsidR="00933AE3" w:rsidRDefault="000B7C87">
            <w:pPr>
              <w:pStyle w:val="ListBullet"/>
              <w:spacing w:after="40" w:line="240" w:lineRule="auto"/>
            </w:pPr>
            <w:r>
              <w:rPr>
                <w:color w:val="111111"/>
                <w:sz w:val="18"/>
              </w:rPr>
              <w:t>One-time / on-demand support</w:t>
            </w:r>
          </w:p>
          <w:p w14:paraId="782BDF54" w14:textId="4407C70F" w:rsidR="00933AE3" w:rsidRDefault="000B7C87">
            <w:pPr>
              <w:pStyle w:val="ListBullet"/>
              <w:spacing w:after="40" w:line="240" w:lineRule="auto"/>
            </w:pPr>
            <w:r>
              <w:rPr>
                <w:color w:val="111111"/>
                <w:sz w:val="18"/>
              </w:rPr>
              <w:t>Short-term support: 2 to 4 sessions</w:t>
            </w:r>
          </w:p>
          <w:p w14:paraId="4623A1A9" w14:textId="77777777" w:rsidR="00933AE3" w:rsidRDefault="00000000">
            <w:pPr>
              <w:pStyle w:val="ListBullet"/>
              <w:spacing w:after="40" w:line="240" w:lineRule="auto"/>
            </w:pPr>
            <w:r>
              <w:rPr>
                <w:color w:val="111111"/>
                <w:sz w:val="18"/>
              </w:rPr>
              <w:t>Ongoing weekly support</w:t>
            </w:r>
          </w:p>
        </w:tc>
        <w:tc>
          <w:tcPr>
            <w:tcW w:w="5112" w:type="dxa"/>
            <w:tcBorders>
              <w:top w:val="single" w:sz="6" w:space="0" w:color="D9D9D9"/>
              <w:left w:val="single" w:sz="6" w:space="0" w:color="D9D9D9"/>
              <w:bottom w:val="single" w:sz="6" w:space="0" w:color="D9D9D9"/>
              <w:right w:val="single" w:sz="6" w:space="0" w:color="D9D9D9"/>
            </w:tcBorders>
            <w:shd w:val="clear" w:color="auto" w:fill="F3F3F3"/>
            <w:tcMar>
              <w:top w:w="110" w:type="dxa"/>
              <w:left w:w="130" w:type="dxa"/>
              <w:bottom w:w="110" w:type="dxa"/>
              <w:right w:w="130" w:type="dxa"/>
            </w:tcMar>
          </w:tcPr>
          <w:p w14:paraId="5FFDABE1" w14:textId="77777777" w:rsidR="00933AE3" w:rsidRDefault="00000000">
            <w:pPr>
              <w:spacing w:after="80" w:line="247" w:lineRule="auto"/>
            </w:pPr>
            <w:r>
              <w:rPr>
                <w:b/>
                <w:color w:val="111111"/>
              </w:rPr>
              <w:t>FORMAT OPTIONS</w:t>
            </w:r>
          </w:p>
          <w:p w14:paraId="21B7CEA0" w14:textId="77777777" w:rsidR="00933AE3" w:rsidRDefault="00000000">
            <w:pPr>
              <w:pStyle w:val="ListBullet"/>
              <w:spacing w:after="40" w:line="240" w:lineRule="auto"/>
            </w:pPr>
            <w:r>
              <w:rPr>
                <w:color w:val="111111"/>
                <w:sz w:val="18"/>
              </w:rPr>
              <w:t>Online tutoring</w:t>
            </w:r>
          </w:p>
          <w:p w14:paraId="237E9B94" w14:textId="50868314" w:rsidR="00933AE3" w:rsidRDefault="000B7C87">
            <w:pPr>
              <w:pStyle w:val="ListBullet"/>
              <w:spacing w:after="40" w:line="240" w:lineRule="auto"/>
            </w:pPr>
            <w:r>
              <w:rPr>
                <w:color w:val="111111"/>
                <w:sz w:val="18"/>
              </w:rPr>
              <w:t>In-person tutoring at an approved location</w:t>
            </w:r>
          </w:p>
          <w:p w14:paraId="4B23533C" w14:textId="77777777" w:rsidR="00933AE3" w:rsidRDefault="00000000">
            <w:pPr>
              <w:pStyle w:val="ListBullet"/>
              <w:spacing w:after="40" w:line="240" w:lineRule="auto"/>
            </w:pPr>
            <w:r>
              <w:rPr>
                <w:color w:val="111111"/>
                <w:sz w:val="18"/>
              </w:rPr>
              <w:t>Either, when both parties and staff agree</w:t>
            </w:r>
          </w:p>
          <w:p w14:paraId="253CEFCD" w14:textId="77777777" w:rsidR="00933AE3" w:rsidRDefault="00000000">
            <w:pPr>
              <w:pStyle w:val="ListBullet"/>
              <w:spacing w:after="40" w:line="240" w:lineRule="auto"/>
            </w:pPr>
            <w:r>
              <w:rPr>
                <w:color w:val="111111"/>
                <w:sz w:val="18"/>
              </w:rPr>
              <w:t>Scheduling is based on overlapping availability</w:t>
            </w:r>
          </w:p>
          <w:p w14:paraId="2DC85E7F" w14:textId="77777777" w:rsidR="00933AE3" w:rsidRDefault="00000000">
            <w:pPr>
              <w:pStyle w:val="ListBullet"/>
              <w:spacing w:after="40" w:line="240" w:lineRule="auto"/>
            </w:pPr>
            <w:r>
              <w:rPr>
                <w:color w:val="111111"/>
                <w:sz w:val="18"/>
              </w:rPr>
              <w:t>Any change should follow parent/program approved communication</w:t>
            </w:r>
          </w:p>
        </w:tc>
      </w:tr>
    </w:tbl>
    <w:p w14:paraId="2EA084A3" w14:textId="77777777" w:rsidR="00933AE3" w:rsidRDefault="00000000">
      <w:pPr>
        <w:spacing w:before="160" w:after="40" w:line="247" w:lineRule="auto"/>
      </w:pPr>
      <w:r>
        <w:rPr>
          <w:b/>
          <w:color w:val="111111"/>
          <w:sz w:val="21"/>
        </w:rPr>
        <w:t>STUDENT / ESQUIRE EXPECTATIONS</w:t>
      </w:r>
    </w:p>
    <w:p w14:paraId="5F0D33DC" w14:textId="77777777" w:rsidR="00933AE3" w:rsidRDefault="00000000">
      <w:pPr>
        <w:pStyle w:val="ListBullet"/>
        <w:spacing w:after="50" w:line="240" w:lineRule="auto"/>
      </w:pPr>
      <w:r>
        <w:rPr>
          <w:color w:val="111111"/>
        </w:rPr>
        <w:t>Arrive on time and bring the assignment, notes, textbook, or study guide needed for the session.</w:t>
      </w:r>
    </w:p>
    <w:p w14:paraId="188B662D" w14:textId="77777777" w:rsidR="00933AE3" w:rsidRDefault="00000000">
      <w:pPr>
        <w:pStyle w:val="ListBullet"/>
        <w:spacing w:after="50" w:line="240" w:lineRule="auto"/>
      </w:pPr>
      <w:r>
        <w:rPr>
          <w:color w:val="111111"/>
        </w:rPr>
        <w:t>Tell the tutor what you understand, what is confusing, and what deadline or assessment is coming up.</w:t>
      </w:r>
    </w:p>
    <w:p w14:paraId="36DB8B5D" w14:textId="0E5F98DD" w:rsidR="00933AE3" w:rsidRDefault="00000000">
      <w:pPr>
        <w:pStyle w:val="ListBullet"/>
        <w:spacing w:after="50" w:line="240" w:lineRule="auto"/>
      </w:pPr>
      <w:r>
        <w:rPr>
          <w:color w:val="111111"/>
        </w:rPr>
        <w:t xml:space="preserve">Participate actively. Tutoring is </w:t>
      </w:r>
      <w:r w:rsidR="000B7C87">
        <w:rPr>
          <w:color w:val="111111"/>
        </w:rPr>
        <w:t>learning support</w:t>
      </w:r>
      <w:r>
        <w:rPr>
          <w:color w:val="111111"/>
        </w:rPr>
        <w:t>; the tutor should not complete graded work for you.</w:t>
      </w:r>
    </w:p>
    <w:p w14:paraId="1F7E3F69" w14:textId="77777777" w:rsidR="00933AE3" w:rsidRDefault="00000000">
      <w:pPr>
        <w:pStyle w:val="ListBullet"/>
        <w:spacing w:after="50" w:line="240" w:lineRule="auto"/>
      </w:pPr>
      <w:r>
        <w:rPr>
          <w:color w:val="111111"/>
        </w:rPr>
        <w:t>If you need to reschedule, notify your parent/guardian and use the approved communication process as early as possible.</w:t>
      </w:r>
    </w:p>
    <w:p w14:paraId="495363B4" w14:textId="77777777" w:rsidR="00933AE3" w:rsidRDefault="00000000">
      <w:pPr>
        <w:spacing w:before="140" w:after="40" w:line="247" w:lineRule="auto"/>
      </w:pPr>
      <w:r>
        <w:rPr>
          <w:b/>
          <w:color w:val="111111"/>
          <w:sz w:val="21"/>
        </w:rPr>
        <w:t>TUTOR EXPECTATIONS</w:t>
      </w:r>
    </w:p>
    <w:p w14:paraId="1F24D1F3" w14:textId="77777777" w:rsidR="00933AE3" w:rsidRDefault="00000000">
      <w:pPr>
        <w:pStyle w:val="ListBullet"/>
        <w:spacing w:after="50" w:line="240" w:lineRule="auto"/>
      </w:pPr>
      <w:r>
        <w:rPr>
          <w:color w:val="111111"/>
        </w:rPr>
        <w:t>Review the student's subject/class, current topic, and stated need before the session and prepare an appropriate plan or examples.</w:t>
      </w:r>
    </w:p>
    <w:p w14:paraId="62971DC8" w14:textId="77777777" w:rsidR="00933AE3" w:rsidRDefault="00000000">
      <w:pPr>
        <w:pStyle w:val="ListBullet"/>
        <w:spacing w:after="50" w:line="240" w:lineRule="auto"/>
      </w:pPr>
      <w:r>
        <w:rPr>
          <w:color w:val="111111"/>
        </w:rPr>
        <w:t>Use the agreed session length and focus on understanding, problem solving, study habits, and academic confidence.</w:t>
      </w:r>
    </w:p>
    <w:p w14:paraId="5A5E7EEF" w14:textId="77777777" w:rsidR="00933AE3" w:rsidRDefault="00000000">
      <w:pPr>
        <w:pStyle w:val="ListBullet"/>
        <w:spacing w:after="50" w:line="240" w:lineRule="auto"/>
      </w:pPr>
      <w:r>
        <w:rPr>
          <w:color w:val="111111"/>
        </w:rPr>
        <w:t>Stay within the subject areas, topics, and grade levels you identified in your application.</w:t>
      </w:r>
    </w:p>
    <w:p w14:paraId="76388BA2" w14:textId="77777777" w:rsidR="00933AE3" w:rsidRDefault="00000000">
      <w:pPr>
        <w:pStyle w:val="ListBullet"/>
        <w:spacing w:after="50" w:line="240" w:lineRule="auto"/>
      </w:pPr>
      <w:r>
        <w:rPr>
          <w:color w:val="111111"/>
        </w:rPr>
        <w:t>Follow all ELMP communication, confidentiality, youth protection, and approved scheduling expectations.</w:t>
      </w:r>
    </w:p>
    <w:p w14:paraId="7251CCDF" w14:textId="77777777" w:rsidR="00933AE3" w:rsidRDefault="00000000">
      <w:pPr>
        <w:spacing w:before="140" w:after="40" w:line="247" w:lineRule="auto"/>
      </w:pPr>
      <w:r>
        <w:rPr>
          <w:b/>
          <w:color w:val="111111"/>
          <w:sz w:val="21"/>
        </w:rPr>
        <w:t>PARENT / GUARDIAN ROLE</w:t>
      </w:r>
    </w:p>
    <w:p w14:paraId="472D6D24" w14:textId="77777777" w:rsidR="00933AE3" w:rsidRDefault="00000000">
      <w:pPr>
        <w:pStyle w:val="ListBullet"/>
        <w:spacing w:after="50" w:line="240" w:lineRule="auto"/>
      </w:pPr>
      <w:r>
        <w:rPr>
          <w:color w:val="111111"/>
        </w:rPr>
        <w:t>Remain informed about the tutoring match and approved schedule.</w:t>
      </w:r>
    </w:p>
    <w:p w14:paraId="34C0C7BC" w14:textId="0EA4F24A" w:rsidR="00933AE3" w:rsidRDefault="00000000">
      <w:pPr>
        <w:pStyle w:val="ListBullet"/>
        <w:spacing w:after="50" w:line="240" w:lineRule="auto"/>
      </w:pPr>
      <w:r>
        <w:rPr>
          <w:color w:val="111111"/>
        </w:rPr>
        <w:t xml:space="preserve">Support access to the online session or transportation to an approved </w:t>
      </w:r>
      <w:r w:rsidR="000B7C87">
        <w:rPr>
          <w:color w:val="111111"/>
        </w:rPr>
        <w:t>in-person</w:t>
      </w:r>
      <w:r>
        <w:rPr>
          <w:color w:val="111111"/>
        </w:rPr>
        <w:t xml:space="preserve"> location.</w:t>
      </w:r>
    </w:p>
    <w:p w14:paraId="62BB3FFA" w14:textId="77777777" w:rsidR="00933AE3" w:rsidRDefault="00000000">
      <w:pPr>
        <w:pStyle w:val="ListBullet"/>
        <w:spacing w:after="50" w:line="240" w:lineRule="auto"/>
      </w:pPr>
      <w:r>
        <w:rPr>
          <w:color w:val="111111"/>
        </w:rPr>
        <w:t>Contact the Tutoring Coordinator if the match, schedule, or support plan needs to change.</w:t>
      </w:r>
    </w:p>
    <w:tbl>
      <w:tblPr>
        <w:tblW w:w="0" w:type="auto"/>
        <w:jc w:val="center"/>
        <w:tblLayout w:type="fixed"/>
        <w:tblLook w:val="04A0" w:firstRow="1" w:lastRow="0" w:firstColumn="1" w:lastColumn="0" w:noHBand="0" w:noVBand="1"/>
      </w:tblPr>
      <w:tblGrid>
        <w:gridCol w:w="10224"/>
      </w:tblGrid>
      <w:tr w:rsidR="00933AE3" w14:paraId="2BCE6ADA" w14:textId="77777777">
        <w:trPr>
          <w:jc w:val="center"/>
        </w:trPr>
        <w:tc>
          <w:tcPr>
            <w:tcW w:w="10224" w:type="dxa"/>
            <w:tcBorders>
              <w:top w:val="single" w:sz="10" w:space="0" w:color="D0A128"/>
              <w:left w:val="single" w:sz="10" w:space="0" w:color="D0A128"/>
              <w:bottom w:val="single" w:sz="10" w:space="0" w:color="D0A128"/>
              <w:right w:val="single" w:sz="10" w:space="0" w:color="D0A128"/>
            </w:tcBorders>
            <w:shd w:val="clear" w:color="auto" w:fill="F7F0DC"/>
            <w:tcMar>
              <w:top w:w="110" w:type="dxa"/>
              <w:left w:w="150" w:type="dxa"/>
              <w:bottom w:w="110" w:type="dxa"/>
              <w:right w:w="150" w:type="dxa"/>
            </w:tcMar>
          </w:tcPr>
          <w:p w14:paraId="44923B01" w14:textId="77777777" w:rsidR="00933AE3" w:rsidRDefault="00000000">
            <w:pPr>
              <w:spacing w:after="40" w:line="247" w:lineRule="auto"/>
            </w:pPr>
            <w:r>
              <w:rPr>
                <w:b/>
                <w:color w:val="D0A128"/>
                <w:sz w:val="19"/>
              </w:rPr>
              <w:t>FLEXIBLE DOES NOT MEAN UNSTRUCTURED</w:t>
            </w:r>
          </w:p>
          <w:p w14:paraId="38EE5F65" w14:textId="37794363" w:rsidR="00933AE3" w:rsidRDefault="00000000">
            <w:pPr>
              <w:spacing w:after="0" w:line="240" w:lineRule="auto"/>
            </w:pPr>
            <w:r>
              <w:rPr>
                <w:color w:val="111111"/>
                <w:sz w:val="18"/>
              </w:rPr>
              <w:t xml:space="preserve">The network supports </w:t>
            </w:r>
            <w:r w:rsidR="000B7C87">
              <w:rPr>
                <w:color w:val="111111"/>
                <w:sz w:val="18"/>
              </w:rPr>
              <w:t>one-time help, short-term</w:t>
            </w:r>
            <w:r>
              <w:rPr>
                <w:color w:val="111111"/>
                <w:sz w:val="18"/>
              </w:rPr>
              <w:t xml:space="preserve"> tutoring, and ongoing weekly support. The </w:t>
            </w:r>
            <w:r w:rsidR="000B7C87">
              <w:rPr>
                <w:color w:val="111111"/>
                <w:sz w:val="18"/>
              </w:rPr>
              <w:t>student's needs</w:t>
            </w:r>
            <w:r>
              <w:rPr>
                <w:color w:val="111111"/>
                <w:sz w:val="18"/>
              </w:rPr>
              <w:t xml:space="preserve"> and tutor availability determine the most appropriate schedule.</w:t>
            </w:r>
          </w:p>
        </w:tc>
      </w:tr>
    </w:tbl>
    <w:p w14:paraId="28E5F9C6" w14:textId="77777777" w:rsidR="00933AE3" w:rsidRDefault="00000000">
      <w:r>
        <w:br w:type="page"/>
      </w:r>
    </w:p>
    <w:tbl>
      <w:tblPr>
        <w:tblW w:w="0" w:type="auto"/>
        <w:jc w:val="center"/>
        <w:tblLayout w:type="fixed"/>
        <w:tblLook w:val="04A0" w:firstRow="1" w:lastRow="0" w:firstColumn="1" w:lastColumn="0" w:noHBand="0" w:noVBand="1"/>
      </w:tblPr>
      <w:tblGrid>
        <w:gridCol w:w="1440"/>
        <w:gridCol w:w="9000"/>
      </w:tblGrid>
      <w:tr w:rsidR="00933AE3" w14:paraId="48D1F2E3" w14:textId="77777777">
        <w:trPr>
          <w:jc w:val="center"/>
        </w:trPr>
        <w:tc>
          <w:tcPr>
            <w:tcW w:w="1440" w:type="dxa"/>
            <w:tcBorders>
              <w:top w:val="nil"/>
              <w:left w:val="nil"/>
              <w:bottom w:val="nil"/>
              <w:right w:val="nil"/>
            </w:tcBorders>
            <w:shd w:val="clear" w:color="auto" w:fill="D0A128"/>
            <w:tcMar>
              <w:top w:w="95" w:type="dxa"/>
              <w:left w:w="100" w:type="dxa"/>
              <w:bottom w:w="95" w:type="dxa"/>
              <w:right w:w="100" w:type="dxa"/>
            </w:tcMar>
            <w:vAlign w:val="center"/>
          </w:tcPr>
          <w:p w14:paraId="19ABECD6" w14:textId="77777777" w:rsidR="00933AE3" w:rsidRDefault="00000000">
            <w:pPr>
              <w:spacing w:after="0" w:line="247" w:lineRule="auto"/>
              <w:jc w:val="center"/>
            </w:pPr>
            <w:r>
              <w:rPr>
                <w:b/>
                <w:color w:val="111111"/>
                <w:sz w:val="32"/>
              </w:rPr>
              <w:lastRenderedPageBreak/>
              <w:t>7</w:t>
            </w:r>
          </w:p>
        </w:tc>
        <w:tc>
          <w:tcPr>
            <w:tcW w:w="9000" w:type="dxa"/>
            <w:tcBorders>
              <w:top w:val="nil"/>
              <w:left w:val="nil"/>
              <w:bottom w:val="nil"/>
              <w:right w:val="nil"/>
            </w:tcBorders>
            <w:shd w:val="clear" w:color="auto" w:fill="111111"/>
            <w:tcMar>
              <w:top w:w="95" w:type="dxa"/>
              <w:left w:w="100" w:type="dxa"/>
              <w:bottom w:w="95" w:type="dxa"/>
              <w:right w:w="100" w:type="dxa"/>
            </w:tcMar>
            <w:vAlign w:val="center"/>
          </w:tcPr>
          <w:p w14:paraId="73A9814A" w14:textId="77777777" w:rsidR="00933AE3" w:rsidRDefault="00000000">
            <w:pPr>
              <w:spacing w:after="0" w:line="247" w:lineRule="auto"/>
            </w:pPr>
            <w:r>
              <w:rPr>
                <w:b/>
                <w:color w:val="FFFFFF"/>
                <w:sz w:val="26"/>
              </w:rPr>
              <w:t>QUICK REFERENCE AND FREQUENTLY ASKED QUESTIONS</w:t>
            </w:r>
          </w:p>
        </w:tc>
      </w:tr>
    </w:tbl>
    <w:p w14:paraId="395FC3CF" w14:textId="77777777" w:rsidR="00933AE3" w:rsidRDefault="00000000">
      <w:pPr>
        <w:spacing w:before="60" w:after="140" w:line="247" w:lineRule="auto"/>
      </w:pPr>
      <w:r>
        <w:rPr>
          <w:i/>
          <w:color w:val="6B6B6B"/>
          <w:sz w:val="19"/>
        </w:rPr>
        <w:t>Keep this page for the most common questions about using the tutoring network.</w:t>
      </w:r>
    </w:p>
    <w:tbl>
      <w:tblPr>
        <w:tblW w:w="0" w:type="auto"/>
        <w:jc w:val="center"/>
        <w:tblLayout w:type="fixed"/>
        <w:tblLook w:val="04A0" w:firstRow="1" w:lastRow="0" w:firstColumn="1" w:lastColumn="0" w:noHBand="0" w:noVBand="1"/>
      </w:tblPr>
      <w:tblGrid>
        <w:gridCol w:w="3672"/>
        <w:gridCol w:w="6552"/>
      </w:tblGrid>
      <w:tr w:rsidR="00933AE3" w14:paraId="43F048F5" w14:textId="77777777">
        <w:trPr>
          <w:jc w:val="center"/>
        </w:trPr>
        <w:tc>
          <w:tcPr>
            <w:tcW w:w="3672" w:type="dxa"/>
            <w:shd w:val="clear" w:color="auto" w:fill="111111"/>
            <w:tcMar>
              <w:top w:w="80" w:type="dxa"/>
              <w:left w:w="95" w:type="dxa"/>
              <w:bottom w:w="80" w:type="dxa"/>
              <w:right w:w="95" w:type="dxa"/>
            </w:tcMar>
          </w:tcPr>
          <w:p w14:paraId="29E7B1C5" w14:textId="77777777" w:rsidR="00933AE3" w:rsidRDefault="00000000">
            <w:pPr>
              <w:spacing w:after="0" w:line="247" w:lineRule="auto"/>
            </w:pPr>
            <w:r>
              <w:rPr>
                <w:b/>
                <w:color w:val="D0A128"/>
                <w:sz w:val="18"/>
              </w:rPr>
              <w:t>QUESTION</w:t>
            </w:r>
          </w:p>
        </w:tc>
        <w:tc>
          <w:tcPr>
            <w:tcW w:w="6552" w:type="dxa"/>
            <w:shd w:val="clear" w:color="auto" w:fill="111111"/>
            <w:tcMar>
              <w:top w:w="80" w:type="dxa"/>
              <w:left w:w="95" w:type="dxa"/>
              <w:bottom w:w="80" w:type="dxa"/>
              <w:right w:w="95" w:type="dxa"/>
            </w:tcMar>
          </w:tcPr>
          <w:p w14:paraId="389B96AD" w14:textId="77777777" w:rsidR="00933AE3" w:rsidRDefault="00000000">
            <w:pPr>
              <w:spacing w:after="0" w:line="247" w:lineRule="auto"/>
            </w:pPr>
            <w:r>
              <w:rPr>
                <w:b/>
                <w:color w:val="D0A128"/>
                <w:sz w:val="18"/>
              </w:rPr>
              <w:t>ANSWER</w:t>
            </w:r>
          </w:p>
        </w:tc>
      </w:tr>
      <w:tr w:rsidR="00933AE3" w14:paraId="7895EEBE" w14:textId="77777777">
        <w:trPr>
          <w:jc w:val="center"/>
        </w:trPr>
        <w:tc>
          <w:tcPr>
            <w:tcW w:w="367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742BBE3C" w14:textId="77777777" w:rsidR="00933AE3" w:rsidRDefault="00000000">
            <w:pPr>
              <w:spacing w:after="0" w:line="247" w:lineRule="auto"/>
            </w:pPr>
            <w:r>
              <w:rPr>
                <w:b/>
                <w:color w:val="111111"/>
                <w:sz w:val="17"/>
              </w:rPr>
              <w:t>How should a student identify the class or subject?</w:t>
            </w:r>
          </w:p>
        </w:tc>
        <w:tc>
          <w:tcPr>
            <w:tcW w:w="655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4D2DFED4" w14:textId="12E11FD4" w:rsidR="00933AE3" w:rsidRDefault="00000000">
            <w:pPr>
              <w:spacing w:after="0" w:line="247" w:lineRule="auto"/>
            </w:pPr>
            <w:r>
              <w:rPr>
                <w:color w:val="111111"/>
                <w:sz w:val="17"/>
              </w:rPr>
              <w:t xml:space="preserve">Enter the subject or class name and describe the current topic, assignment, or skill that needs support. The form does not require </w:t>
            </w:r>
            <w:r w:rsidR="0074122E">
              <w:rPr>
                <w:color w:val="111111"/>
                <w:sz w:val="17"/>
              </w:rPr>
              <w:t>you to select</w:t>
            </w:r>
            <w:r>
              <w:rPr>
                <w:color w:val="111111"/>
                <w:sz w:val="17"/>
              </w:rPr>
              <w:t xml:space="preserve"> from a fixed course catalog.</w:t>
            </w:r>
          </w:p>
        </w:tc>
      </w:tr>
      <w:tr w:rsidR="00933AE3" w14:paraId="63C5E662" w14:textId="77777777">
        <w:trPr>
          <w:jc w:val="center"/>
        </w:trPr>
        <w:tc>
          <w:tcPr>
            <w:tcW w:w="3672" w:type="dxa"/>
            <w:tcBorders>
              <w:top w:val="single" w:sz="4" w:space="0" w:color="D9D9D9"/>
              <w:left w:val="single" w:sz="4" w:space="0" w:color="D9D9D9"/>
              <w:bottom w:val="single" w:sz="4" w:space="0" w:color="D9D9D9"/>
              <w:right w:val="single" w:sz="4" w:space="0" w:color="D9D9D9"/>
            </w:tcBorders>
            <w:shd w:val="clear" w:color="auto" w:fill="FAFAFA"/>
            <w:tcMar>
              <w:top w:w="72" w:type="dxa"/>
              <w:left w:w="95" w:type="dxa"/>
              <w:bottom w:w="72" w:type="dxa"/>
              <w:right w:w="95" w:type="dxa"/>
            </w:tcMar>
          </w:tcPr>
          <w:p w14:paraId="2AF4E629" w14:textId="77777777" w:rsidR="00933AE3" w:rsidRDefault="00000000">
            <w:pPr>
              <w:spacing w:after="0" w:line="247" w:lineRule="auto"/>
            </w:pPr>
            <w:r>
              <w:rPr>
                <w:b/>
                <w:color w:val="111111"/>
                <w:sz w:val="17"/>
              </w:rPr>
              <w:t>Do I have to be an Alpha to volunteer as a tutor?</w:t>
            </w:r>
          </w:p>
        </w:tc>
        <w:tc>
          <w:tcPr>
            <w:tcW w:w="6552" w:type="dxa"/>
            <w:tcBorders>
              <w:top w:val="single" w:sz="4" w:space="0" w:color="D9D9D9"/>
              <w:left w:val="single" w:sz="4" w:space="0" w:color="D9D9D9"/>
              <w:bottom w:val="single" w:sz="4" w:space="0" w:color="D9D9D9"/>
              <w:right w:val="single" w:sz="4" w:space="0" w:color="D9D9D9"/>
            </w:tcBorders>
            <w:shd w:val="clear" w:color="auto" w:fill="FAFAFA"/>
            <w:tcMar>
              <w:top w:w="72" w:type="dxa"/>
              <w:left w:w="95" w:type="dxa"/>
              <w:bottom w:w="72" w:type="dxa"/>
              <w:right w:w="95" w:type="dxa"/>
            </w:tcMar>
          </w:tcPr>
          <w:p w14:paraId="102E858B" w14:textId="09934E60" w:rsidR="00933AE3" w:rsidRDefault="00000000">
            <w:pPr>
              <w:spacing w:after="0" w:line="247" w:lineRule="auto"/>
            </w:pPr>
            <w:r>
              <w:rPr>
                <w:color w:val="111111"/>
                <w:sz w:val="17"/>
              </w:rPr>
              <w:t>No. Tutors do not have to be members of Alpha Phi Alpha Fraternity, Inc. Every applicant must complete the same ELMP training, NSOPW screening, reference checks, and approval requirements.</w:t>
            </w:r>
          </w:p>
        </w:tc>
      </w:tr>
      <w:tr w:rsidR="00933AE3" w14:paraId="2A2414C3" w14:textId="77777777">
        <w:trPr>
          <w:jc w:val="center"/>
        </w:trPr>
        <w:tc>
          <w:tcPr>
            <w:tcW w:w="367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3A2422FB" w14:textId="77777777" w:rsidR="00933AE3" w:rsidRDefault="00000000">
            <w:pPr>
              <w:spacing w:after="0" w:line="247" w:lineRule="auto"/>
            </w:pPr>
            <w:r>
              <w:rPr>
                <w:b/>
                <w:color w:val="111111"/>
                <w:sz w:val="17"/>
              </w:rPr>
              <w:t>Can a tutor apply before completing ELMP Mentor Training?</w:t>
            </w:r>
          </w:p>
        </w:tc>
        <w:tc>
          <w:tcPr>
            <w:tcW w:w="655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175EC7CF" w14:textId="562BCA89" w:rsidR="00933AE3" w:rsidRDefault="00000000">
            <w:pPr>
              <w:spacing w:after="0" w:line="247" w:lineRule="auto"/>
            </w:pPr>
            <w:r>
              <w:rPr>
                <w:color w:val="111111"/>
                <w:sz w:val="17"/>
              </w:rPr>
              <w:t>No. ELMP Mentor Training is a required gate. The tutor must complete training and upload the certificate before submitting the tutor application; staff verification continues after submission.</w:t>
            </w:r>
          </w:p>
        </w:tc>
      </w:tr>
      <w:tr w:rsidR="00933AE3" w14:paraId="5F4EE435" w14:textId="77777777">
        <w:trPr>
          <w:jc w:val="center"/>
        </w:trPr>
        <w:tc>
          <w:tcPr>
            <w:tcW w:w="3672" w:type="dxa"/>
            <w:tcBorders>
              <w:top w:val="single" w:sz="4" w:space="0" w:color="D9D9D9"/>
              <w:left w:val="single" w:sz="4" w:space="0" w:color="D9D9D9"/>
              <w:bottom w:val="single" w:sz="4" w:space="0" w:color="D9D9D9"/>
              <w:right w:val="single" w:sz="4" w:space="0" w:color="D9D9D9"/>
            </w:tcBorders>
            <w:shd w:val="clear" w:color="auto" w:fill="FAFAFA"/>
            <w:tcMar>
              <w:top w:w="72" w:type="dxa"/>
              <w:left w:w="95" w:type="dxa"/>
              <w:bottom w:w="72" w:type="dxa"/>
              <w:right w:w="95" w:type="dxa"/>
            </w:tcMar>
          </w:tcPr>
          <w:p w14:paraId="453D3809" w14:textId="77777777" w:rsidR="00933AE3" w:rsidRDefault="00000000">
            <w:pPr>
              <w:spacing w:after="0" w:line="247" w:lineRule="auto"/>
            </w:pPr>
            <w:r>
              <w:rPr>
                <w:b/>
                <w:color w:val="111111"/>
                <w:sz w:val="17"/>
              </w:rPr>
              <w:t>Does uploading the certificate mean the tutor is approved?</w:t>
            </w:r>
          </w:p>
        </w:tc>
        <w:tc>
          <w:tcPr>
            <w:tcW w:w="6552" w:type="dxa"/>
            <w:tcBorders>
              <w:top w:val="single" w:sz="4" w:space="0" w:color="D9D9D9"/>
              <w:left w:val="single" w:sz="4" w:space="0" w:color="D9D9D9"/>
              <w:bottom w:val="single" w:sz="4" w:space="0" w:color="D9D9D9"/>
              <w:right w:val="single" w:sz="4" w:space="0" w:color="D9D9D9"/>
            </w:tcBorders>
            <w:shd w:val="clear" w:color="auto" w:fill="FAFAFA"/>
            <w:tcMar>
              <w:top w:w="72" w:type="dxa"/>
              <w:left w:w="95" w:type="dxa"/>
              <w:bottom w:w="72" w:type="dxa"/>
              <w:right w:w="95" w:type="dxa"/>
            </w:tcMar>
          </w:tcPr>
          <w:p w14:paraId="589B77C7" w14:textId="39F7B030" w:rsidR="00933AE3" w:rsidRDefault="00000000">
            <w:pPr>
              <w:spacing w:after="0" w:line="247" w:lineRule="auto"/>
            </w:pPr>
            <w:r>
              <w:rPr>
                <w:color w:val="111111"/>
                <w:sz w:val="17"/>
              </w:rPr>
              <w:t>No. ELMP Program Staff must verify the Mentor Training certificate, complete the NSOPW screening, and check all required references before the tutor becomes Approved / Active.</w:t>
            </w:r>
          </w:p>
        </w:tc>
      </w:tr>
      <w:tr w:rsidR="00933AE3" w14:paraId="6FB01781" w14:textId="77777777">
        <w:trPr>
          <w:jc w:val="center"/>
        </w:trPr>
        <w:tc>
          <w:tcPr>
            <w:tcW w:w="367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7095BA11" w14:textId="77777777" w:rsidR="00933AE3" w:rsidRDefault="00000000">
            <w:pPr>
              <w:spacing w:after="0" w:line="247" w:lineRule="auto"/>
            </w:pPr>
            <w:r>
              <w:rPr>
                <w:b/>
                <w:color w:val="111111"/>
                <w:sz w:val="17"/>
              </w:rPr>
              <w:t>How quickly will a student be matched?</w:t>
            </w:r>
          </w:p>
        </w:tc>
        <w:tc>
          <w:tcPr>
            <w:tcW w:w="655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3B0FFED5" w14:textId="58EC8257" w:rsidR="00933AE3" w:rsidRDefault="00000000">
            <w:pPr>
              <w:spacing w:after="0" w:line="247" w:lineRule="auto"/>
            </w:pPr>
            <w:r>
              <w:rPr>
                <w:color w:val="111111"/>
                <w:sz w:val="17"/>
              </w:rPr>
              <w:t>There is no guaranteed instant match. Timing depends on the academic need, urgency, tutor expertise and availability, schedule fit, and completion of the required safety steps.</w:t>
            </w:r>
          </w:p>
        </w:tc>
      </w:tr>
      <w:tr w:rsidR="00933AE3" w14:paraId="097254B1" w14:textId="77777777">
        <w:trPr>
          <w:jc w:val="center"/>
        </w:trPr>
        <w:tc>
          <w:tcPr>
            <w:tcW w:w="3672" w:type="dxa"/>
            <w:tcBorders>
              <w:top w:val="single" w:sz="4" w:space="0" w:color="D9D9D9"/>
              <w:left w:val="single" w:sz="4" w:space="0" w:color="D9D9D9"/>
              <w:bottom w:val="single" w:sz="4" w:space="0" w:color="D9D9D9"/>
              <w:right w:val="single" w:sz="4" w:space="0" w:color="D9D9D9"/>
            </w:tcBorders>
            <w:shd w:val="clear" w:color="auto" w:fill="FAFAFA"/>
            <w:tcMar>
              <w:top w:w="72" w:type="dxa"/>
              <w:left w:w="95" w:type="dxa"/>
              <w:bottom w:w="72" w:type="dxa"/>
              <w:right w:w="95" w:type="dxa"/>
            </w:tcMar>
          </w:tcPr>
          <w:p w14:paraId="51829FCE" w14:textId="77777777" w:rsidR="00933AE3" w:rsidRDefault="00000000">
            <w:pPr>
              <w:spacing w:after="0" w:line="247" w:lineRule="auto"/>
            </w:pPr>
            <w:r>
              <w:rPr>
                <w:b/>
                <w:color w:val="111111"/>
                <w:sz w:val="17"/>
              </w:rPr>
              <w:t>Can a student or tutor make contact before staff releases the match?</w:t>
            </w:r>
          </w:p>
        </w:tc>
        <w:tc>
          <w:tcPr>
            <w:tcW w:w="6552" w:type="dxa"/>
            <w:tcBorders>
              <w:top w:val="single" w:sz="4" w:space="0" w:color="D9D9D9"/>
              <w:left w:val="single" w:sz="4" w:space="0" w:color="D9D9D9"/>
              <w:bottom w:val="single" w:sz="4" w:space="0" w:color="D9D9D9"/>
              <w:right w:val="single" w:sz="4" w:space="0" w:color="D9D9D9"/>
            </w:tcBorders>
            <w:shd w:val="clear" w:color="auto" w:fill="FAFAFA"/>
            <w:tcMar>
              <w:top w:w="72" w:type="dxa"/>
              <w:left w:w="95" w:type="dxa"/>
              <w:bottom w:w="72" w:type="dxa"/>
              <w:right w:w="95" w:type="dxa"/>
            </w:tcMar>
          </w:tcPr>
          <w:p w14:paraId="1B398A10" w14:textId="1F3931CF" w:rsidR="00933AE3" w:rsidRDefault="00000000">
            <w:pPr>
              <w:spacing w:after="0" w:line="247" w:lineRule="auto"/>
            </w:pPr>
            <w:r>
              <w:rPr>
                <w:color w:val="111111"/>
                <w:sz w:val="17"/>
              </w:rPr>
              <w:t xml:space="preserve">No. The parent/guardian and ELMP Program Staff are notified before </w:t>
            </w:r>
            <w:r w:rsidR="00F77C3A">
              <w:rPr>
                <w:color w:val="111111"/>
                <w:sz w:val="17"/>
              </w:rPr>
              <w:t>staff releases the approved connection</w:t>
            </w:r>
            <w:r>
              <w:rPr>
                <w:color w:val="111111"/>
                <w:sz w:val="17"/>
              </w:rPr>
              <w:t>.</w:t>
            </w:r>
          </w:p>
        </w:tc>
      </w:tr>
      <w:tr w:rsidR="00933AE3" w14:paraId="77C668C8" w14:textId="77777777">
        <w:trPr>
          <w:jc w:val="center"/>
        </w:trPr>
        <w:tc>
          <w:tcPr>
            <w:tcW w:w="367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0227CBB8" w14:textId="77777777" w:rsidR="00933AE3" w:rsidRDefault="00000000">
            <w:pPr>
              <w:spacing w:after="0" w:line="247" w:lineRule="auto"/>
            </w:pPr>
            <w:r>
              <w:rPr>
                <w:b/>
                <w:color w:val="111111"/>
                <w:sz w:val="17"/>
              </w:rPr>
              <w:t>What if the first match does not work?</w:t>
            </w:r>
          </w:p>
        </w:tc>
        <w:tc>
          <w:tcPr>
            <w:tcW w:w="6552" w:type="dxa"/>
            <w:tcBorders>
              <w:top w:val="single" w:sz="4" w:space="0" w:color="D9D9D9"/>
              <w:left w:val="single" w:sz="4" w:space="0" w:color="D9D9D9"/>
              <w:bottom w:val="single" w:sz="4" w:space="0" w:color="D9D9D9"/>
              <w:right w:val="single" w:sz="4" w:space="0" w:color="D9D9D9"/>
            </w:tcBorders>
            <w:tcMar>
              <w:top w:w="72" w:type="dxa"/>
              <w:left w:w="95" w:type="dxa"/>
              <w:bottom w:w="72" w:type="dxa"/>
              <w:right w:w="95" w:type="dxa"/>
            </w:tcMar>
          </w:tcPr>
          <w:p w14:paraId="4BBEF4E9" w14:textId="77777777" w:rsidR="00933AE3" w:rsidRDefault="00000000">
            <w:pPr>
              <w:spacing w:after="0" w:line="247" w:lineRule="auto"/>
            </w:pPr>
            <w:r>
              <w:rPr>
                <w:color w:val="111111"/>
                <w:sz w:val="17"/>
              </w:rPr>
              <w:t>Contact the Tutoring Coordinator. Program staff can review the need and determine whether a schedule adjustment or new match is appropriate.</w:t>
            </w:r>
          </w:p>
        </w:tc>
      </w:tr>
    </w:tbl>
    <w:p w14:paraId="11AEC535" w14:textId="77777777" w:rsidR="00933AE3" w:rsidRDefault="00000000">
      <w:pPr>
        <w:spacing w:before="140" w:after="40" w:line="247" w:lineRule="auto"/>
      </w:pPr>
      <w:r>
        <w:rPr>
          <w:b/>
          <w:color w:val="111111"/>
          <w:sz w:val="21"/>
        </w:rPr>
        <w:t>CONTACT &amp; ACCESS</w:t>
      </w:r>
    </w:p>
    <w:tbl>
      <w:tblPr>
        <w:tblW w:w="0" w:type="auto"/>
        <w:jc w:val="center"/>
        <w:tblLayout w:type="fixed"/>
        <w:tblLook w:val="04A0" w:firstRow="1" w:lastRow="0" w:firstColumn="1" w:lastColumn="0" w:noHBand="0" w:noVBand="1"/>
      </w:tblPr>
      <w:tblGrid>
        <w:gridCol w:w="2088"/>
        <w:gridCol w:w="4320"/>
        <w:gridCol w:w="3816"/>
      </w:tblGrid>
      <w:tr w:rsidR="00933AE3" w14:paraId="4A7F2FE7" w14:textId="77777777">
        <w:trPr>
          <w:jc w:val="center"/>
        </w:trPr>
        <w:tc>
          <w:tcPr>
            <w:tcW w:w="2088" w:type="dxa"/>
            <w:tcBorders>
              <w:top w:val="single" w:sz="5" w:space="0" w:color="D8D8D8"/>
              <w:left w:val="single" w:sz="5" w:space="0" w:color="D8D8D8"/>
              <w:bottom w:val="single" w:sz="5" w:space="0" w:color="D8D8D8"/>
              <w:right w:val="single" w:sz="5" w:space="0" w:color="D8D8D8"/>
            </w:tcBorders>
            <w:tcMar>
              <w:top w:w="80" w:type="dxa"/>
              <w:left w:w="90" w:type="dxa"/>
              <w:bottom w:w="80" w:type="dxa"/>
              <w:right w:w="90" w:type="dxa"/>
            </w:tcMar>
          </w:tcPr>
          <w:p w14:paraId="78D0422A" w14:textId="77777777" w:rsidR="00933AE3" w:rsidRDefault="00000000">
            <w:pPr>
              <w:spacing w:after="0" w:line="247" w:lineRule="auto"/>
              <w:jc w:val="center"/>
            </w:pPr>
            <w:r>
              <w:rPr>
                <w:noProof/>
              </w:rPr>
              <w:drawing>
                <wp:inline distT="0" distB="0" distL="0" distR="0" wp14:anchorId="47663F74" wp14:editId="389D1F6E">
                  <wp:extent cx="960120" cy="960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960120" cy="960120"/>
                          </a:xfrm>
                          <a:prstGeom prst="rect">
                            <a:avLst/>
                          </a:prstGeom>
                        </pic:spPr>
                      </pic:pic>
                    </a:graphicData>
                  </a:graphic>
                </wp:inline>
              </w:drawing>
            </w:r>
          </w:p>
        </w:tc>
        <w:tc>
          <w:tcPr>
            <w:tcW w:w="4320" w:type="dxa"/>
            <w:tcBorders>
              <w:top w:val="single" w:sz="5" w:space="0" w:color="D8D8D8"/>
              <w:left w:val="single" w:sz="5" w:space="0" w:color="D8D8D8"/>
              <w:bottom w:val="single" w:sz="5" w:space="0" w:color="D8D8D8"/>
              <w:right w:val="single" w:sz="5" w:space="0" w:color="D8D8D8"/>
            </w:tcBorders>
            <w:tcMar>
              <w:top w:w="80" w:type="dxa"/>
              <w:left w:w="90" w:type="dxa"/>
              <w:bottom w:w="80" w:type="dxa"/>
              <w:right w:w="90" w:type="dxa"/>
            </w:tcMar>
          </w:tcPr>
          <w:p w14:paraId="68874323" w14:textId="77777777" w:rsidR="00933AE3" w:rsidRDefault="00000000">
            <w:pPr>
              <w:spacing w:after="20" w:line="247" w:lineRule="auto"/>
            </w:pPr>
            <w:r>
              <w:rPr>
                <w:b/>
                <w:color w:val="111111"/>
                <w:sz w:val="19"/>
              </w:rPr>
              <w:t>Matthew Coats</w:t>
            </w:r>
          </w:p>
          <w:p w14:paraId="2827758D" w14:textId="77777777" w:rsidR="00933AE3" w:rsidRDefault="00000000">
            <w:pPr>
              <w:spacing w:after="20" w:line="247" w:lineRule="auto"/>
            </w:pPr>
            <w:r>
              <w:rPr>
                <w:color w:val="6B6B6B"/>
                <w:sz w:val="18"/>
              </w:rPr>
              <w:t>Tutoring Coordinator</w:t>
            </w:r>
          </w:p>
          <w:p w14:paraId="0CD561EA" w14:textId="77777777" w:rsidR="00933AE3" w:rsidRDefault="00000000">
            <w:pPr>
              <w:spacing w:after="20" w:line="247" w:lineRule="auto"/>
            </w:pPr>
            <w:r>
              <w:rPr>
                <w:color w:val="111111"/>
                <w:sz w:val="18"/>
              </w:rPr>
              <w:t>[CONTACT REDACTED]</w:t>
            </w:r>
          </w:p>
          <w:p w14:paraId="711A109E" w14:textId="77777777" w:rsidR="00933AE3" w:rsidRDefault="00933AE3">
            <w:pPr>
              <w:spacing w:after="0" w:line="247" w:lineRule="auto"/>
            </w:pPr>
            <w:hyperlink r:id="rId13">
              <w:r>
                <w:rPr>
                  <w:color w:val="D0A128"/>
                  <w:u w:val="single"/>
                </w:rPr>
                <w:t>██████████████████████████</w:t>
              </w:r>
            </w:hyperlink>
          </w:p>
        </w:tc>
        <w:tc>
          <w:tcPr>
            <w:tcW w:w="3816" w:type="dxa"/>
            <w:tcBorders>
              <w:top w:val="single" w:sz="5" w:space="0" w:color="D8D8D8"/>
              <w:left w:val="single" w:sz="5" w:space="0" w:color="D8D8D8"/>
              <w:bottom w:val="single" w:sz="5" w:space="0" w:color="D8D8D8"/>
              <w:right w:val="single" w:sz="5" w:space="0" w:color="D8D8D8"/>
            </w:tcBorders>
            <w:tcMar>
              <w:top w:w="80" w:type="dxa"/>
              <w:left w:w="90" w:type="dxa"/>
              <w:bottom w:w="80" w:type="dxa"/>
              <w:right w:w="90" w:type="dxa"/>
            </w:tcMar>
          </w:tcPr>
          <w:p w14:paraId="0FFC6999" w14:textId="77777777" w:rsidR="00933AE3" w:rsidRDefault="00000000">
            <w:pPr>
              <w:spacing w:after="40" w:line="247" w:lineRule="auto"/>
            </w:pPr>
            <w:r>
              <w:rPr>
                <w:b/>
                <w:color w:val="D0A128"/>
                <w:sz w:val="18"/>
              </w:rPr>
              <w:t>STAFF NOTIFICATION</w:t>
            </w:r>
          </w:p>
          <w:p w14:paraId="616BD125" w14:textId="77777777" w:rsidR="00933AE3" w:rsidRDefault="00000000">
            <w:pPr>
              <w:spacing w:after="20" w:line="247" w:lineRule="auto"/>
            </w:pPr>
            <w:r>
              <w:rPr>
                <w:color w:val="111111"/>
                <w:sz w:val="17"/>
              </w:rPr>
              <w:t>███████████████████████</w:t>
            </w:r>
          </w:p>
          <w:p w14:paraId="00436BFC" w14:textId="77777777" w:rsidR="00933AE3" w:rsidRDefault="00933AE3">
            <w:pPr>
              <w:spacing w:after="40" w:line="247" w:lineRule="auto"/>
            </w:pPr>
          </w:p>
          <w:p w14:paraId="35925978" w14:textId="77777777" w:rsidR="00933AE3" w:rsidRDefault="00933AE3">
            <w:pPr>
              <w:spacing w:after="0" w:line="247" w:lineRule="auto"/>
            </w:pPr>
            <w:hyperlink r:id="rId14">
              <w:r>
                <w:rPr>
                  <w:b/>
                  <w:color w:val="D0A128"/>
                  <w:u w:val="single"/>
                </w:rPr>
                <w:t>Open Tutoring Form</w:t>
              </w:r>
            </w:hyperlink>
          </w:p>
        </w:tc>
      </w:tr>
    </w:tbl>
    <w:p w14:paraId="0C5D9AF2" w14:textId="77777777" w:rsidR="00933AE3" w:rsidRDefault="00000000">
      <w:pPr>
        <w:spacing w:before="120" w:after="0" w:line="247" w:lineRule="auto"/>
        <w:jc w:val="center"/>
      </w:pPr>
      <w:r>
        <w:rPr>
          <w:i/>
          <w:color w:val="6B6B6B"/>
          <w:sz w:val="17"/>
        </w:rPr>
        <w:t>Prepared for the 2026-2027 ELMP pilot program year.</w:t>
      </w:r>
    </w:p>
    <w:sectPr w:rsidR="00933AE3" w:rsidSect="00034616">
      <w:headerReference w:type="even" r:id="rId15"/>
      <w:headerReference w:type="default" r:id="rId16"/>
      <w:footerReference w:type="even" r:id="rId17"/>
      <w:footerReference w:type="default" r:id="rId18"/>
      <w:headerReference w:type="first" r:id="rId19"/>
      <w:footerReference w:type="first" r:id="rId20"/>
      <w:pgSz w:w="12240" w:h="15840"/>
      <w:pgMar w:top="648" w:right="936" w:bottom="720" w:left="936" w:header="259"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48F8" w14:textId="77777777" w:rsidR="002F217A" w:rsidRDefault="002F217A">
      <w:pPr>
        <w:spacing w:after="0" w:line="240" w:lineRule="auto"/>
      </w:pPr>
      <w:r>
        <w:separator/>
      </w:r>
    </w:p>
  </w:endnote>
  <w:endnote w:type="continuationSeparator" w:id="0">
    <w:p w14:paraId="271D1D3B" w14:textId="77777777" w:rsidR="002F217A" w:rsidRDefault="002F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4801" w14:textId="77777777" w:rsidR="00D80076" w:rsidRDefault="00D80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E7DC" w14:textId="297EC91B" w:rsidR="00933AE3" w:rsidRDefault="00000000">
    <w:pPr>
      <w:pStyle w:val="Footer"/>
      <w:jc w:val="right"/>
    </w:pPr>
    <w:r>
      <w:rPr>
        <w:color w:val="6B6B6B"/>
        <w:sz w:val="17"/>
      </w:rPr>
      <w:t xml:space="preserve">Page </w:t>
    </w:r>
    <w:r>
      <w:rPr>
        <w:color w:val="6B6B6B"/>
        <w:sz w:val="17"/>
      </w:rPr>
      <w:fldChar w:fldCharType="begin"/>
    </w:r>
    <w:r>
      <w:rPr>
        <w:color w:val="6B6B6B"/>
        <w:sz w:val="17"/>
      </w:rPr>
      <w:instrText>PAGE</w:instrText>
    </w:r>
    <w:r>
      <w:rPr>
        <w:color w:val="6B6B6B"/>
        <w:sz w:val="17"/>
      </w:rPr>
      <w:fldChar w:fldCharType="separate"/>
    </w:r>
    <w:r w:rsidR="000B7C87">
      <w:rPr>
        <w:noProof/>
        <w:color w:val="6B6B6B"/>
        <w:sz w:val="17"/>
      </w:rPr>
      <w:t>1</w:t>
    </w:r>
    <w:r>
      <w:rPr>
        <w:color w:val="6B6B6B"/>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AD2C" w14:textId="77777777" w:rsidR="00D80076" w:rsidRDefault="00D80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7E4F3" w14:textId="77777777" w:rsidR="002F217A" w:rsidRDefault="002F217A">
      <w:pPr>
        <w:spacing w:after="0" w:line="240" w:lineRule="auto"/>
      </w:pPr>
      <w:r>
        <w:separator/>
      </w:r>
    </w:p>
  </w:footnote>
  <w:footnote w:type="continuationSeparator" w:id="0">
    <w:p w14:paraId="1AFC2372" w14:textId="77777777" w:rsidR="002F217A" w:rsidRDefault="002F2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E672" w14:textId="77777777" w:rsidR="00D80076" w:rsidRDefault="00D80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42D2" w14:textId="77777777" w:rsidR="00933AE3" w:rsidRDefault="00000000">
    <w:pPr>
      <w:pStyle w:val="Header"/>
      <w:spacing w:line="247" w:lineRule="auto"/>
      <w:jc w:val="right"/>
    </w:pPr>
    <w:r>
      <w:rPr>
        <w:b/>
        <w:color w:val="D0A128"/>
        <w:sz w:val="16"/>
      </w:rPr>
      <w:t>ELMP |  ON-DEMAND TUTORING SUPPORT NETWORK</w:t>
    </w:r>
  </w:p>
  <w:p w14:paraId="6F3E363F" w14:textId="77777777" w:rsidR="00933AE3" w:rsidRDefault="00933AE3">
    <w:pPr>
      <w:pBdr>
        <w:bottom w:val="single" w:sz="5" w:space="0" w:color="D0A128"/>
      </w:pBdr>
      <w:spacing w:after="0" w:line="247"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4A8D" w14:textId="77777777" w:rsidR="00D80076" w:rsidRDefault="00D80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3405444">
    <w:abstractNumId w:val="8"/>
  </w:num>
  <w:num w:numId="2" w16cid:durableId="556933755">
    <w:abstractNumId w:val="6"/>
  </w:num>
  <w:num w:numId="3" w16cid:durableId="1211456796">
    <w:abstractNumId w:val="5"/>
  </w:num>
  <w:num w:numId="4" w16cid:durableId="503592004">
    <w:abstractNumId w:val="4"/>
  </w:num>
  <w:num w:numId="5" w16cid:durableId="1289360301">
    <w:abstractNumId w:val="7"/>
  </w:num>
  <w:num w:numId="6" w16cid:durableId="732702613">
    <w:abstractNumId w:val="3"/>
  </w:num>
  <w:num w:numId="7" w16cid:durableId="1203908853">
    <w:abstractNumId w:val="2"/>
  </w:num>
  <w:num w:numId="8" w16cid:durableId="976302854">
    <w:abstractNumId w:val="1"/>
  </w:num>
  <w:num w:numId="9" w16cid:durableId="199514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A95"/>
    <w:rsid w:val="00034616"/>
    <w:rsid w:val="0006063C"/>
    <w:rsid w:val="000B7C87"/>
    <w:rsid w:val="00116208"/>
    <w:rsid w:val="0015074B"/>
    <w:rsid w:val="0029639D"/>
    <w:rsid w:val="002F217A"/>
    <w:rsid w:val="00326F90"/>
    <w:rsid w:val="003A3BCB"/>
    <w:rsid w:val="00405D8D"/>
    <w:rsid w:val="00413777"/>
    <w:rsid w:val="004921B9"/>
    <w:rsid w:val="00657193"/>
    <w:rsid w:val="0074122E"/>
    <w:rsid w:val="00933AE3"/>
    <w:rsid w:val="00AA1D8D"/>
    <w:rsid w:val="00AE595B"/>
    <w:rsid w:val="00B47730"/>
    <w:rsid w:val="00BC3B4E"/>
    <w:rsid w:val="00C536E3"/>
    <w:rsid w:val="00C83A0A"/>
    <w:rsid w:val="00C92911"/>
    <w:rsid w:val="00CB0664"/>
    <w:rsid w:val="00D158B9"/>
    <w:rsid w:val="00D65C5A"/>
    <w:rsid w:val="00D80076"/>
    <w:rsid w:val="00F77C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100242E-21B8-499F-8532-0C3711B8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9"/>
    </w:rPr>
  </w:style>
  <w:style w:type="paragraph" w:styleId="ListBullet2">
    <w:name w:val="List Bullet 2"/>
    <w:basedOn w:val="Normal"/>
    <w:uiPriority w:val="99"/>
    <w:unhideWhenUsed/>
    <w:rsid w:val="00326F90"/>
    <w:pPr>
      <w:numPr>
        <w:numId w:val="2"/>
      </w:numPr>
      <w:contextualSpacing/>
    </w:pPr>
    <w:rPr>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thew.mm.coats@gma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2ementortraining.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hew.mm.coats@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gnitoforms.com/TZLCommunityAndEducationInitiative/ELMPOnDemandTutoringSupportNetwor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gnitoforms.com/TZLCommunityAndEducationInitiative/ELMPOnDemandTutoringSupportNet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ELMP On-Demand Tutoring Support Network Pilot User Guide 2026-2027</dc:title>
  <dc:subject>2026-2027 ELMP On-Demand Tutoring Support Network Pilot</dc:subject>
  <dc:creator>TZL Community &amp; Education Initiative</dc:creator>
  <cp:keywords/>
  <dc:description>generated by python-docx</dc:description>
  <cp:lastModifiedBy>Matthew Coats</cp:lastModifiedBy>
  <cp:revision>11</cp:revision>
  <dcterms:created xsi:type="dcterms:W3CDTF">2013-12-23T23:15:00Z</dcterms:created>
  <dcterms:modified xsi:type="dcterms:W3CDTF">2026-08-21T01:46:00Z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be198e4f-01db-4787-a611-7071564810da</vt:lpwstr>
  </property>
</Properties>
</file>